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4819"/>
        <w:gridCol w:w="4819"/>
      </w:tblGrid>
      <w:tr w:rsidR="00D87EE3" w14:paraId="09B4DE24" w14:textId="77777777">
        <w:trPr>
          <w:cantSplit/>
          <w:jc w:val="right"/>
        </w:trPr>
        <w:tc>
          <w:tcPr>
            <w:tcW w:w="9638" w:type="dxa"/>
            <w:gridSpan w:val="2"/>
            <w:tcBorders>
              <w:top w:val="single" w:sz="4" w:space="0" w:color="7F9DB9"/>
              <w:left w:val="single" w:sz="4" w:space="0" w:color="7F9DB9"/>
              <w:bottom w:val="single" w:sz="4" w:space="0" w:color="7F9DB9"/>
              <w:right w:val="single" w:sz="4" w:space="0" w:color="7F9DB9"/>
            </w:tcBorders>
            <w:shd w:val="clear" w:color="auto" w:fill="D9EAF7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4E5A9ED" w14:textId="77777777" w:rsidR="00D87EE3" w:rsidRDefault="00000000">
            <w:pPr>
              <w:jc w:val="center"/>
            </w:pPr>
            <w:r>
              <w:rPr>
                <w:b/>
                <w:color w:val="1F4E79"/>
                <w:sz w:val="17"/>
              </w:rPr>
              <w:t>SPAZIO RISERVATO ALL’UFFICIO</w:t>
            </w:r>
          </w:p>
        </w:tc>
      </w:tr>
      <w:tr w:rsidR="00D87EE3" w14:paraId="580643E4" w14:textId="77777777">
        <w:trPr>
          <w:cantSplit/>
          <w:jc w:val="right"/>
        </w:trPr>
        <w:tc>
          <w:tcPr>
            <w:tcW w:w="4819" w:type="dxa"/>
            <w:tcBorders>
              <w:top w:val="single" w:sz="4" w:space="0" w:color="7F9DB9"/>
              <w:left w:val="single" w:sz="4" w:space="0" w:color="7F9DB9"/>
              <w:bottom w:val="single" w:sz="4" w:space="0" w:color="7F9DB9"/>
              <w:right w:val="single" w:sz="4" w:space="0" w:color="7F9DB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ABAB3E9" w14:textId="77777777" w:rsidR="00D87EE3" w:rsidRDefault="00000000">
            <w:r>
              <w:rPr>
                <w:sz w:val="17"/>
              </w:rPr>
              <w:t>Protocollo n. __________________</w:t>
            </w:r>
          </w:p>
        </w:tc>
        <w:tc>
          <w:tcPr>
            <w:tcW w:w="4819" w:type="dxa"/>
            <w:tcBorders>
              <w:top w:val="single" w:sz="4" w:space="0" w:color="7F9DB9"/>
              <w:left w:val="single" w:sz="4" w:space="0" w:color="7F9DB9"/>
              <w:bottom w:val="single" w:sz="4" w:space="0" w:color="7F9DB9"/>
              <w:right w:val="single" w:sz="4" w:space="0" w:color="7F9DB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794F19F" w14:textId="77777777" w:rsidR="00D87EE3" w:rsidRDefault="00000000">
            <w:r>
              <w:rPr>
                <w:sz w:val="17"/>
              </w:rPr>
              <w:t>Data ____/____/________</w:t>
            </w:r>
          </w:p>
        </w:tc>
      </w:tr>
    </w:tbl>
    <w:p w14:paraId="03676796" w14:textId="77777777" w:rsidR="00D87EE3" w:rsidRDefault="00D87EE3">
      <w:pPr>
        <w:spacing w:after="20"/>
      </w:pPr>
    </w:p>
    <w:p w14:paraId="30FD8C3B" w14:textId="77777777" w:rsidR="00D87EE3" w:rsidRDefault="00000000">
      <w:pPr>
        <w:pStyle w:val="FormTitle"/>
      </w:pPr>
      <w:r>
        <w:rPr>
          <w:sz w:val="24"/>
        </w:rPr>
        <w:t>ALLEGATO A</w:t>
      </w:r>
    </w:p>
    <w:p w14:paraId="14F6294E" w14:textId="77777777" w:rsidR="007E4700" w:rsidRDefault="007E4700" w:rsidP="007E4700">
      <w:pPr>
        <w:keepNext/>
        <w:jc w:val="center"/>
      </w:pPr>
      <w:r>
        <w:rPr>
          <w:b/>
          <w:sz w:val="30"/>
        </w:rPr>
        <w:t>MODELLO DI DOMANDA DI PARTECIPAZIONE E</w:t>
      </w:r>
      <w:r>
        <w:rPr>
          <w:b/>
          <w:sz w:val="30"/>
        </w:rPr>
        <w:br/>
        <w:t>MANIFESTAZIONE DI INTERESSE</w:t>
      </w:r>
    </w:p>
    <w:p w14:paraId="429B4930" w14:textId="3FFC2D6F" w:rsidR="007E4700" w:rsidRDefault="007E4700" w:rsidP="007E4700">
      <w:pPr>
        <w:keepNext/>
        <w:spacing w:after="240"/>
        <w:jc w:val="center"/>
        <w:rPr>
          <w:b/>
          <w:sz w:val="21"/>
        </w:rPr>
      </w:pPr>
      <w:r>
        <w:rPr>
          <w:b/>
          <w:sz w:val="21"/>
        </w:rPr>
        <w:t>AVVISO PUBBLICO PER L’ASSEGNAZIONE IN COMODATO MODALE GRATUITO DI AREE PUBBLICHE COMUNALI DA DESTINARE ALL’ALLESTIMENTO, ALL’INFRASTRUTTURAZIONE E ALLA GESTIONE TEMPORANEA DI PARCHEGGI</w:t>
      </w:r>
    </w:p>
    <w:p w14:paraId="5A538496" w14:textId="77777777" w:rsidR="007E4700" w:rsidRDefault="007E4700" w:rsidP="007E4700">
      <w:pPr>
        <w:spacing w:after="160"/>
        <w:jc w:val="right"/>
      </w:pPr>
      <w:r>
        <w:t>Al Comune di Taranto</w:t>
      </w:r>
      <w:r>
        <w:br/>
        <w:t xml:space="preserve">Direzione Pianificazione Urbanistica </w:t>
      </w:r>
      <w:proofErr w:type="gramStart"/>
      <w:r>
        <w:t>ed</w:t>
      </w:r>
      <w:proofErr w:type="gramEnd"/>
      <w:r>
        <w:t xml:space="preserve"> Edilità – SUE</w:t>
      </w:r>
      <w:r>
        <w:br/>
        <w:t>U.O. 4 – Pianificazione e PUG – Ufficio di Piano</w:t>
      </w:r>
      <w:r>
        <w:br/>
        <w:t>PEC: urbanistica.comunetaranto@pec.rupar.puglia.it</w:t>
      </w:r>
    </w:p>
    <w:p w14:paraId="69605A34" w14:textId="77777777" w:rsidR="007E4700" w:rsidRDefault="007E4700" w:rsidP="007E4700">
      <w:pPr>
        <w:keepNext/>
        <w:spacing w:before="180"/>
        <w:jc w:val="both"/>
        <w:rPr>
          <w:b/>
          <w:color w:val="1F4E79"/>
          <w:sz w:val="24"/>
        </w:rPr>
      </w:pPr>
    </w:p>
    <w:p w14:paraId="4805B8AD" w14:textId="638E6909" w:rsidR="007E4700" w:rsidRDefault="007E4700" w:rsidP="007E4700">
      <w:pPr>
        <w:keepNext/>
        <w:spacing w:before="180"/>
        <w:jc w:val="both"/>
      </w:pPr>
      <w:r>
        <w:rPr>
          <w:b/>
          <w:color w:val="1F4E79"/>
          <w:sz w:val="24"/>
        </w:rPr>
        <w:t xml:space="preserve">OGGETTO:  </w:t>
      </w:r>
      <w:r w:rsidRPr="007E4700">
        <w:rPr>
          <w:b/>
          <w:sz w:val="21"/>
        </w:rPr>
        <w:t>MANIFESTAZIONE DI INTERESSE PER L’ASSEGNAZIONE IN COMODATO MODALE GRATUITO DI AREE COMUNALI DESTINATE A PARCHEGGI TEMPORANEI – LOTTO/I N. ____________________.</w:t>
      </w:r>
    </w:p>
    <w:p w14:paraId="47830673" w14:textId="77777777" w:rsidR="007E4700" w:rsidRDefault="007E4700" w:rsidP="007E4700">
      <w:pPr>
        <w:rPr>
          <w:sz w:val="20"/>
        </w:rPr>
      </w:pPr>
    </w:p>
    <w:p w14:paraId="1E8AA55C" w14:textId="0660B817" w:rsidR="007E4700" w:rsidRDefault="007E4700" w:rsidP="007E4700">
      <w:pPr>
        <w:jc w:val="both"/>
      </w:pPr>
      <w:r>
        <w:rPr>
          <w:sz w:val="20"/>
        </w:rPr>
        <w:t>Il/La sottoscritto/a, consapevole delle responsabilità e delle sanzioni penali previste dall’art. 76 del D.P.R. 28 dicembre 2000, n. 445 in caso di dichiarazioni mendaci, falsità negli atti o uso di atti falsi,</w:t>
      </w:r>
    </w:p>
    <w:p w14:paraId="47F66C19" w14:textId="076785CE" w:rsidR="007E4700" w:rsidRPr="007E4700" w:rsidRDefault="007E4700" w:rsidP="007E4700">
      <w:pPr>
        <w:pStyle w:val="Paragrafoelenco"/>
        <w:keepNext/>
        <w:numPr>
          <w:ilvl w:val="0"/>
          <w:numId w:val="12"/>
        </w:numPr>
        <w:spacing w:before="180"/>
        <w:rPr>
          <w:b/>
          <w:color w:val="1F4E79"/>
          <w:sz w:val="24"/>
        </w:rPr>
      </w:pPr>
      <w:r w:rsidRPr="007E4700">
        <w:rPr>
          <w:b/>
          <w:color w:val="1F4E79"/>
          <w:sz w:val="24"/>
        </w:rPr>
        <w:t>DATI DEL SOTTOSCRITTORE E DEL SOGGETTO PROPONENTE</w:t>
      </w:r>
    </w:p>
    <w:p w14:paraId="1ECBB18F" w14:textId="77777777" w:rsidR="007E4700" w:rsidRDefault="007E4700" w:rsidP="007E4700">
      <w:pPr>
        <w:pStyle w:val="Paragrafoelenco"/>
        <w:keepNext/>
        <w:spacing w:before="180"/>
      </w:pPr>
    </w:p>
    <w:p w14:paraId="539DE554" w14:textId="6FF803ED" w:rsidR="007E4700" w:rsidRPr="007E4700" w:rsidRDefault="007E4700" w:rsidP="007E4700">
      <w:pPr>
        <w:spacing w:after="40" w:line="240" w:lineRule="auto"/>
        <w:jc w:val="both"/>
        <w:rPr>
          <w:bCs/>
        </w:rPr>
      </w:pPr>
      <w:r w:rsidRPr="007E4700">
        <w:rPr>
          <w:bCs/>
          <w:sz w:val="20"/>
        </w:rPr>
        <w:t>Cognome e nome ______________________________________________________________</w:t>
      </w:r>
    </w:p>
    <w:p w14:paraId="6B73B715" w14:textId="77777777" w:rsidR="007E4700" w:rsidRPr="007E4700" w:rsidRDefault="007E4700" w:rsidP="007E4700">
      <w:pPr>
        <w:spacing w:after="40" w:line="240" w:lineRule="auto"/>
        <w:jc w:val="both"/>
        <w:rPr>
          <w:bCs/>
        </w:rPr>
      </w:pPr>
      <w:r w:rsidRPr="007E4700">
        <w:rPr>
          <w:bCs/>
          <w:sz w:val="20"/>
        </w:rPr>
        <w:t xml:space="preserve">Nato/a </w:t>
      </w:r>
      <w:proofErr w:type="spellStart"/>
      <w:r w:rsidRPr="007E4700">
        <w:rPr>
          <w:bCs/>
          <w:sz w:val="20"/>
        </w:rPr>
        <w:t>a</w:t>
      </w:r>
      <w:proofErr w:type="spellEnd"/>
      <w:r w:rsidRPr="007E4700">
        <w:rPr>
          <w:bCs/>
          <w:sz w:val="20"/>
        </w:rPr>
        <w:t xml:space="preserve"> ______________________________________________________________</w:t>
      </w:r>
    </w:p>
    <w:p w14:paraId="51438C3A" w14:textId="77777777" w:rsidR="007E4700" w:rsidRPr="007E4700" w:rsidRDefault="007E4700" w:rsidP="007E4700">
      <w:pPr>
        <w:spacing w:after="40" w:line="240" w:lineRule="auto"/>
        <w:jc w:val="both"/>
        <w:rPr>
          <w:bCs/>
        </w:rPr>
      </w:pPr>
      <w:r w:rsidRPr="007E4700">
        <w:rPr>
          <w:bCs/>
          <w:sz w:val="20"/>
        </w:rPr>
        <w:t>il ______________________________________________________________</w:t>
      </w:r>
    </w:p>
    <w:p w14:paraId="2767609E" w14:textId="77777777" w:rsidR="007E4700" w:rsidRPr="007E4700" w:rsidRDefault="007E4700" w:rsidP="007E4700">
      <w:pPr>
        <w:spacing w:after="40" w:line="240" w:lineRule="auto"/>
        <w:jc w:val="both"/>
        <w:rPr>
          <w:bCs/>
        </w:rPr>
      </w:pPr>
      <w:r w:rsidRPr="007E4700">
        <w:rPr>
          <w:bCs/>
          <w:sz w:val="20"/>
        </w:rPr>
        <w:t>Codice fiscale ______________________________________________________________</w:t>
      </w:r>
    </w:p>
    <w:p w14:paraId="43F2552E" w14:textId="77777777" w:rsidR="007E4700" w:rsidRPr="007E4700" w:rsidRDefault="007E4700" w:rsidP="007E4700">
      <w:pPr>
        <w:spacing w:after="40" w:line="240" w:lineRule="auto"/>
        <w:jc w:val="both"/>
        <w:rPr>
          <w:bCs/>
        </w:rPr>
      </w:pPr>
      <w:r w:rsidRPr="007E4700">
        <w:rPr>
          <w:bCs/>
          <w:sz w:val="20"/>
        </w:rPr>
        <w:t>Residente in ______________________________________________________________</w:t>
      </w:r>
    </w:p>
    <w:p w14:paraId="42BAA000" w14:textId="77777777" w:rsidR="007E4700" w:rsidRPr="007E4700" w:rsidRDefault="007E4700" w:rsidP="007E4700">
      <w:pPr>
        <w:spacing w:after="40" w:line="240" w:lineRule="auto"/>
        <w:jc w:val="both"/>
        <w:rPr>
          <w:bCs/>
        </w:rPr>
      </w:pPr>
      <w:r w:rsidRPr="007E4700">
        <w:rPr>
          <w:bCs/>
          <w:sz w:val="20"/>
        </w:rPr>
        <w:t>Via/Piazza e n. ______________________________________________________________</w:t>
      </w:r>
    </w:p>
    <w:p w14:paraId="0C98F51F" w14:textId="77777777" w:rsidR="007E4700" w:rsidRPr="007E4700" w:rsidRDefault="007E4700" w:rsidP="007E4700">
      <w:pPr>
        <w:spacing w:after="40" w:line="240" w:lineRule="auto"/>
        <w:jc w:val="both"/>
        <w:rPr>
          <w:bCs/>
        </w:rPr>
      </w:pPr>
      <w:r w:rsidRPr="007E4700">
        <w:rPr>
          <w:bCs/>
          <w:sz w:val="20"/>
        </w:rPr>
        <w:t>In qualità di ______________________________________________________________</w:t>
      </w:r>
    </w:p>
    <w:p w14:paraId="630066EC" w14:textId="77777777" w:rsidR="007E4700" w:rsidRPr="007E4700" w:rsidRDefault="007E4700" w:rsidP="007E4700">
      <w:pPr>
        <w:spacing w:after="40" w:line="240" w:lineRule="auto"/>
        <w:jc w:val="both"/>
        <w:rPr>
          <w:bCs/>
        </w:rPr>
      </w:pPr>
      <w:r w:rsidRPr="007E4700">
        <w:rPr>
          <w:bCs/>
          <w:sz w:val="20"/>
        </w:rPr>
        <w:t>del soggetto proponente denominato ____________________________________________________</w:t>
      </w:r>
    </w:p>
    <w:p w14:paraId="21796293" w14:textId="77777777" w:rsidR="007E4700" w:rsidRPr="007E4700" w:rsidRDefault="007E4700" w:rsidP="007E4700">
      <w:pPr>
        <w:spacing w:after="40" w:line="240" w:lineRule="auto"/>
        <w:jc w:val="both"/>
        <w:rPr>
          <w:bCs/>
        </w:rPr>
      </w:pPr>
      <w:r w:rsidRPr="007E4700">
        <w:rPr>
          <w:bCs/>
          <w:sz w:val="20"/>
        </w:rPr>
        <w:t>Forma giuridica ______________________________________________________________</w:t>
      </w:r>
    </w:p>
    <w:p w14:paraId="48C75806" w14:textId="77777777" w:rsidR="007E4700" w:rsidRPr="007E4700" w:rsidRDefault="007E4700" w:rsidP="007E4700">
      <w:pPr>
        <w:spacing w:after="40" w:line="240" w:lineRule="auto"/>
        <w:jc w:val="both"/>
        <w:rPr>
          <w:bCs/>
        </w:rPr>
      </w:pPr>
      <w:r w:rsidRPr="007E4700">
        <w:rPr>
          <w:bCs/>
          <w:sz w:val="20"/>
        </w:rPr>
        <w:t>Sede legale ______________________________________________________________</w:t>
      </w:r>
    </w:p>
    <w:p w14:paraId="2288C7FB" w14:textId="77777777" w:rsidR="007E4700" w:rsidRPr="007E4700" w:rsidRDefault="007E4700" w:rsidP="007E4700">
      <w:pPr>
        <w:spacing w:after="40" w:line="240" w:lineRule="auto"/>
        <w:jc w:val="both"/>
        <w:rPr>
          <w:bCs/>
        </w:rPr>
      </w:pPr>
      <w:r w:rsidRPr="007E4700">
        <w:rPr>
          <w:bCs/>
          <w:sz w:val="20"/>
        </w:rPr>
        <w:t>Codice fiscale ______________________________________________________________</w:t>
      </w:r>
    </w:p>
    <w:p w14:paraId="746CADF0" w14:textId="77777777" w:rsidR="007E4700" w:rsidRPr="007E4700" w:rsidRDefault="007E4700" w:rsidP="007E4700">
      <w:pPr>
        <w:spacing w:after="40" w:line="240" w:lineRule="auto"/>
        <w:jc w:val="both"/>
        <w:rPr>
          <w:bCs/>
        </w:rPr>
      </w:pPr>
      <w:r w:rsidRPr="007E4700">
        <w:rPr>
          <w:bCs/>
          <w:sz w:val="20"/>
        </w:rPr>
        <w:t>Partita IVA ______________________________________________________________</w:t>
      </w:r>
    </w:p>
    <w:p w14:paraId="0859D484" w14:textId="77777777" w:rsidR="007E4700" w:rsidRPr="007E4700" w:rsidRDefault="007E4700" w:rsidP="007E4700">
      <w:pPr>
        <w:spacing w:after="40" w:line="240" w:lineRule="auto"/>
        <w:jc w:val="both"/>
        <w:rPr>
          <w:bCs/>
        </w:rPr>
      </w:pPr>
      <w:r w:rsidRPr="007E4700">
        <w:rPr>
          <w:bCs/>
          <w:sz w:val="20"/>
        </w:rPr>
        <w:t>Numero REA ______________________________________________________________</w:t>
      </w:r>
    </w:p>
    <w:p w14:paraId="793A7709" w14:textId="77777777" w:rsidR="007E4700" w:rsidRPr="007E4700" w:rsidRDefault="007E4700" w:rsidP="007E4700">
      <w:pPr>
        <w:spacing w:after="40" w:line="240" w:lineRule="auto"/>
        <w:jc w:val="both"/>
        <w:rPr>
          <w:bCs/>
        </w:rPr>
      </w:pPr>
      <w:r w:rsidRPr="007E4700">
        <w:rPr>
          <w:bCs/>
          <w:sz w:val="20"/>
        </w:rPr>
        <w:t>Iscrizione C.C.I.A.A. di ____________________________________________________</w:t>
      </w:r>
    </w:p>
    <w:p w14:paraId="52F57F1E" w14:textId="77777777" w:rsidR="007E4700" w:rsidRPr="007E4700" w:rsidRDefault="007E4700" w:rsidP="007E4700">
      <w:pPr>
        <w:spacing w:after="40" w:line="240" w:lineRule="auto"/>
        <w:jc w:val="both"/>
        <w:rPr>
          <w:bCs/>
        </w:rPr>
      </w:pPr>
      <w:r w:rsidRPr="007E4700">
        <w:rPr>
          <w:bCs/>
          <w:sz w:val="20"/>
        </w:rPr>
        <w:t>Attività esercitata ______________________________________________________________</w:t>
      </w:r>
    </w:p>
    <w:p w14:paraId="2F1A7CA3" w14:textId="77777777" w:rsidR="007E4700" w:rsidRPr="007E4700" w:rsidRDefault="007E4700" w:rsidP="007E4700">
      <w:pPr>
        <w:spacing w:after="40" w:line="240" w:lineRule="auto"/>
        <w:jc w:val="both"/>
        <w:rPr>
          <w:bCs/>
        </w:rPr>
      </w:pPr>
      <w:r w:rsidRPr="007E4700">
        <w:rPr>
          <w:bCs/>
          <w:sz w:val="20"/>
        </w:rPr>
        <w:t>Telefono ______________________________________________________________</w:t>
      </w:r>
    </w:p>
    <w:p w14:paraId="262C51C8" w14:textId="77777777" w:rsidR="007E4700" w:rsidRPr="007E4700" w:rsidRDefault="007E4700" w:rsidP="007E4700">
      <w:pPr>
        <w:spacing w:after="40" w:line="240" w:lineRule="auto"/>
        <w:jc w:val="both"/>
        <w:rPr>
          <w:bCs/>
        </w:rPr>
      </w:pPr>
      <w:r w:rsidRPr="007E4700">
        <w:rPr>
          <w:bCs/>
          <w:sz w:val="20"/>
        </w:rPr>
        <w:t>E-mail ______________________________________________________________</w:t>
      </w:r>
    </w:p>
    <w:p w14:paraId="0D4A33F6" w14:textId="77777777" w:rsidR="007E4700" w:rsidRDefault="007E4700" w:rsidP="007E4700">
      <w:pPr>
        <w:spacing w:after="40" w:line="240" w:lineRule="auto"/>
        <w:jc w:val="both"/>
        <w:rPr>
          <w:bCs/>
          <w:sz w:val="20"/>
        </w:rPr>
      </w:pPr>
      <w:r w:rsidRPr="007E4700">
        <w:rPr>
          <w:bCs/>
          <w:sz w:val="20"/>
        </w:rPr>
        <w:t>PEC ______________________________________________________________</w:t>
      </w:r>
    </w:p>
    <w:p w14:paraId="50D8F8A9" w14:textId="5317EBD9" w:rsidR="007E4700" w:rsidRPr="007E4700" w:rsidRDefault="007E4700" w:rsidP="007E4700">
      <w:pPr>
        <w:spacing w:after="40" w:line="240" w:lineRule="auto"/>
        <w:jc w:val="both"/>
        <w:rPr>
          <w:bCs/>
        </w:rPr>
      </w:pPr>
    </w:p>
    <w:p w14:paraId="72B810B9" w14:textId="77777777" w:rsidR="007E4700" w:rsidRDefault="007E4700" w:rsidP="007E4700">
      <w:pPr>
        <w:keepNext/>
        <w:spacing w:before="180"/>
        <w:rPr>
          <w:b/>
          <w:color w:val="1F4E79"/>
          <w:sz w:val="24"/>
        </w:rPr>
      </w:pPr>
      <w:r>
        <w:rPr>
          <w:b/>
          <w:color w:val="1F4E79"/>
          <w:sz w:val="24"/>
        </w:rPr>
        <w:lastRenderedPageBreak/>
        <w:t>2. FORMA DI PARTECIPAZIONE</w:t>
      </w:r>
    </w:p>
    <w:p w14:paraId="1A66776E" w14:textId="77777777" w:rsidR="007E4700" w:rsidRDefault="007E4700" w:rsidP="007E4700">
      <w:pPr>
        <w:spacing w:after="40" w:line="252" w:lineRule="auto"/>
        <w:jc w:val="both"/>
      </w:pPr>
      <w:r>
        <w:rPr>
          <w:rFonts w:ascii="Segoe UI Symbol" w:hAnsi="Segoe UI Symbol" w:cs="Segoe UI Symbol"/>
          <w:sz w:val="20"/>
        </w:rPr>
        <w:t>☐</w:t>
      </w:r>
      <w:r>
        <w:rPr>
          <w:sz w:val="20"/>
        </w:rPr>
        <w:t xml:space="preserve"> impresa individuale;</w:t>
      </w:r>
    </w:p>
    <w:p w14:paraId="680071ED" w14:textId="77777777" w:rsidR="007E4700" w:rsidRDefault="007E4700" w:rsidP="007E4700">
      <w:pPr>
        <w:spacing w:after="40" w:line="252" w:lineRule="auto"/>
        <w:jc w:val="both"/>
      </w:pPr>
      <w:r>
        <w:rPr>
          <w:sz w:val="20"/>
        </w:rPr>
        <w:t>☐ società commerciale di persone o di capitali;</w:t>
      </w:r>
    </w:p>
    <w:p w14:paraId="741F8F6D" w14:textId="77777777" w:rsidR="007E4700" w:rsidRDefault="007E4700" w:rsidP="007E4700">
      <w:pPr>
        <w:spacing w:after="40" w:line="252" w:lineRule="auto"/>
        <w:jc w:val="both"/>
      </w:pPr>
      <w:r>
        <w:rPr>
          <w:sz w:val="20"/>
        </w:rPr>
        <w:t>☐ cooperativa o società cooperativa;</w:t>
      </w:r>
    </w:p>
    <w:p w14:paraId="79CE2BE0" w14:textId="77777777" w:rsidR="007E4700" w:rsidRDefault="007E4700" w:rsidP="007E4700">
      <w:pPr>
        <w:spacing w:after="40" w:line="252" w:lineRule="auto"/>
        <w:jc w:val="both"/>
      </w:pPr>
      <w:r>
        <w:rPr>
          <w:sz w:val="20"/>
        </w:rPr>
        <w:t>☐ consorzio o società consortile;</w:t>
      </w:r>
    </w:p>
    <w:p w14:paraId="75762423" w14:textId="77777777" w:rsidR="007E4700" w:rsidRDefault="007E4700" w:rsidP="007E4700">
      <w:pPr>
        <w:spacing w:after="40" w:line="252" w:lineRule="auto"/>
        <w:ind w:left="284" w:hanging="284"/>
        <w:jc w:val="both"/>
      </w:pPr>
      <w:r>
        <w:rPr>
          <w:sz w:val="20"/>
        </w:rPr>
        <w:t>☐ raggruppamento temporaneo, associazione temporanea di imprese o altra forma di aggregazione contrattuale;</w:t>
      </w:r>
    </w:p>
    <w:p w14:paraId="505544FB" w14:textId="77777777" w:rsidR="007E4700" w:rsidRDefault="007E4700" w:rsidP="007E4700">
      <w:pPr>
        <w:spacing w:after="40" w:line="252" w:lineRule="auto"/>
        <w:jc w:val="both"/>
      </w:pPr>
      <w:r>
        <w:rPr>
          <w:sz w:val="20"/>
        </w:rPr>
        <w:t>☐ rete di imprese;</w:t>
      </w:r>
    </w:p>
    <w:p w14:paraId="72442B2B" w14:textId="77777777" w:rsidR="007E4700" w:rsidRDefault="007E4700" w:rsidP="007E4700">
      <w:pPr>
        <w:spacing w:after="40" w:line="252" w:lineRule="auto"/>
        <w:ind w:left="284" w:hanging="284"/>
        <w:jc w:val="both"/>
      </w:pPr>
      <w:r>
        <w:rPr>
          <w:sz w:val="20"/>
        </w:rPr>
        <w:t>☐ fondazione, associazione, ente del Terzo Settore o altro soggetto giuridico compatibile con gli obiettivi dell’Avviso;</w:t>
      </w:r>
    </w:p>
    <w:p w14:paraId="3C391698" w14:textId="77777777" w:rsidR="007E4700" w:rsidRDefault="007E4700" w:rsidP="007E4700">
      <w:pPr>
        <w:spacing w:after="40" w:line="252" w:lineRule="auto"/>
        <w:jc w:val="both"/>
      </w:pPr>
      <w:r>
        <w:rPr>
          <w:sz w:val="20"/>
        </w:rPr>
        <w:t>☐ operatore economico estero in possesso di requisiti equivalenti a quelli richiesti dalla normativa italiana.</w:t>
      </w:r>
    </w:p>
    <w:p w14:paraId="392BA576" w14:textId="77777777" w:rsidR="007E4700" w:rsidRDefault="007E4700" w:rsidP="007E4700">
      <w:pPr>
        <w:spacing w:before="100"/>
        <w:jc w:val="both"/>
        <w:rPr>
          <w:b/>
          <w:sz w:val="20"/>
        </w:rPr>
      </w:pPr>
    </w:p>
    <w:p w14:paraId="7524965D" w14:textId="6325B8B3" w:rsidR="007E4700" w:rsidRDefault="007E4700" w:rsidP="007E4700">
      <w:pPr>
        <w:spacing w:before="100"/>
        <w:jc w:val="both"/>
      </w:pPr>
      <w:r>
        <w:rPr>
          <w:b/>
          <w:sz w:val="20"/>
        </w:rPr>
        <w:t>In caso di partecipazione congiunta:</w:t>
      </w:r>
    </w:p>
    <w:p w14:paraId="64AD3060" w14:textId="77777777" w:rsidR="007E4700" w:rsidRDefault="007E4700" w:rsidP="007E4700">
      <w:pPr>
        <w:spacing w:after="40" w:line="240" w:lineRule="auto"/>
        <w:jc w:val="both"/>
        <w:rPr>
          <w:b/>
          <w:sz w:val="20"/>
        </w:rPr>
      </w:pPr>
    </w:p>
    <w:p w14:paraId="17A96320" w14:textId="4DA2413A" w:rsidR="007E4700" w:rsidRDefault="007E4700" w:rsidP="007E4700">
      <w:pPr>
        <w:spacing w:after="40" w:line="240" w:lineRule="auto"/>
        <w:jc w:val="both"/>
      </w:pPr>
      <w:r>
        <w:rPr>
          <w:b/>
          <w:sz w:val="20"/>
        </w:rPr>
        <w:t xml:space="preserve">Soggetto capofila </w:t>
      </w:r>
      <w:r>
        <w:rPr>
          <w:sz w:val="20"/>
        </w:rPr>
        <w:t>__________________________________________________________</w:t>
      </w:r>
    </w:p>
    <w:p w14:paraId="589E57FC" w14:textId="77777777" w:rsidR="007E4700" w:rsidRDefault="007E4700" w:rsidP="007E4700">
      <w:pPr>
        <w:spacing w:after="40" w:line="240" w:lineRule="auto"/>
        <w:jc w:val="both"/>
        <w:rPr>
          <w:b/>
          <w:sz w:val="20"/>
        </w:rPr>
      </w:pPr>
    </w:p>
    <w:p w14:paraId="584C877C" w14:textId="6EAF5D62" w:rsidR="007E4700" w:rsidRDefault="007E4700" w:rsidP="007E4700">
      <w:pPr>
        <w:spacing w:after="40" w:line="240" w:lineRule="auto"/>
        <w:jc w:val="both"/>
        <w:rPr>
          <w:sz w:val="20"/>
        </w:rPr>
      </w:pPr>
      <w:r>
        <w:rPr>
          <w:b/>
          <w:sz w:val="20"/>
        </w:rPr>
        <w:t xml:space="preserve">PEC del capofila </w:t>
      </w:r>
      <w:r>
        <w:rPr>
          <w:sz w:val="20"/>
        </w:rPr>
        <w:t>__________________________________________________________</w:t>
      </w:r>
    </w:p>
    <w:p w14:paraId="7465E3ED" w14:textId="77777777" w:rsidR="007E4700" w:rsidRDefault="007E4700" w:rsidP="007E4700">
      <w:pPr>
        <w:spacing w:after="40" w:line="240" w:lineRule="auto"/>
        <w:rPr>
          <w:sz w:val="20"/>
        </w:rPr>
      </w:pPr>
    </w:p>
    <w:p w14:paraId="273D1DDD" w14:textId="77777777" w:rsidR="007E4700" w:rsidRDefault="007E4700" w:rsidP="007E4700">
      <w:pPr>
        <w:spacing w:after="40" w:line="240" w:lineRule="auto"/>
      </w:pPr>
    </w:p>
    <w:p w14:paraId="0AF6771E" w14:textId="77777777" w:rsidR="007E4700" w:rsidRDefault="007E4700" w:rsidP="007E4700">
      <w:pPr>
        <w:keepNext/>
        <w:spacing w:before="180"/>
        <w:rPr>
          <w:b/>
          <w:color w:val="1F4E79"/>
          <w:sz w:val="24"/>
        </w:rPr>
      </w:pPr>
      <w:r>
        <w:rPr>
          <w:b/>
          <w:color w:val="1F4E79"/>
          <w:sz w:val="24"/>
        </w:rPr>
        <w:t>3. LOTTO/I PER IL/I QUALE/I SI PRESENTA LA MANIFESTAZIONE DI INTERESSE</w:t>
      </w:r>
    </w:p>
    <w:p w14:paraId="2D47025B" w14:textId="77777777" w:rsidR="007E4700" w:rsidRDefault="007E4700" w:rsidP="007E4700">
      <w:pPr>
        <w:keepNext/>
        <w:spacing w:before="180"/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963"/>
        <w:gridCol w:w="1952"/>
        <w:gridCol w:w="1961"/>
        <w:gridCol w:w="1964"/>
        <w:gridCol w:w="1958"/>
      </w:tblGrid>
      <w:tr w:rsidR="007E4700" w14:paraId="6DDC99B2" w14:textId="77777777" w:rsidTr="003F0F58">
        <w:trPr>
          <w:tblHeader/>
          <w:jc w:val="center"/>
        </w:trPr>
        <w:tc>
          <w:tcPr>
            <w:tcW w:w="1994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446FEC" w14:textId="77777777" w:rsidR="007E4700" w:rsidRDefault="007E4700" w:rsidP="003F0F58">
            <w:pPr>
              <w:jc w:val="center"/>
            </w:pPr>
            <w:r>
              <w:rPr>
                <w:b/>
                <w:sz w:val="17"/>
              </w:rPr>
              <w:t>Selezione</w:t>
            </w:r>
          </w:p>
        </w:tc>
        <w:tc>
          <w:tcPr>
            <w:tcW w:w="1994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868926" w14:textId="77777777" w:rsidR="007E4700" w:rsidRDefault="007E4700" w:rsidP="003F0F58">
            <w:pPr>
              <w:jc w:val="center"/>
            </w:pPr>
            <w:r>
              <w:rPr>
                <w:b/>
                <w:sz w:val="17"/>
              </w:rPr>
              <w:t>Lotto</w:t>
            </w:r>
          </w:p>
        </w:tc>
        <w:tc>
          <w:tcPr>
            <w:tcW w:w="1994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485D88" w14:textId="77777777" w:rsidR="007E4700" w:rsidRDefault="007E4700" w:rsidP="003F0F58">
            <w:pPr>
              <w:jc w:val="center"/>
            </w:pPr>
            <w:r>
              <w:rPr>
                <w:b/>
                <w:sz w:val="17"/>
              </w:rPr>
              <w:t>Dati catastali</w:t>
            </w:r>
          </w:p>
        </w:tc>
        <w:tc>
          <w:tcPr>
            <w:tcW w:w="1994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39055F" w14:textId="77777777" w:rsidR="007E4700" w:rsidRDefault="007E4700" w:rsidP="003F0F58">
            <w:pPr>
              <w:jc w:val="center"/>
            </w:pPr>
            <w:r>
              <w:rPr>
                <w:b/>
                <w:sz w:val="17"/>
              </w:rPr>
              <w:t>Superficie indicativa</w:t>
            </w:r>
          </w:p>
        </w:tc>
        <w:tc>
          <w:tcPr>
            <w:tcW w:w="1994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8FD49F" w14:textId="77777777" w:rsidR="007E4700" w:rsidRDefault="007E4700" w:rsidP="003F0F58">
            <w:pPr>
              <w:jc w:val="center"/>
            </w:pPr>
            <w:r>
              <w:rPr>
                <w:b/>
                <w:sz w:val="17"/>
              </w:rPr>
              <w:t>Scheda tecnica</w:t>
            </w:r>
          </w:p>
        </w:tc>
      </w:tr>
      <w:tr w:rsidR="007E4700" w14:paraId="5B74E661" w14:textId="77777777" w:rsidTr="003F0F58">
        <w:trPr>
          <w:jc w:val="center"/>
        </w:trPr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013BDF" w14:textId="77777777" w:rsidR="007E4700" w:rsidRDefault="007E4700" w:rsidP="003F0F58">
            <w:pPr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62BDBE" w14:textId="77777777" w:rsidR="007E4700" w:rsidRDefault="007E4700" w:rsidP="003F0F58">
            <w:pPr>
              <w:jc w:val="center"/>
            </w:pPr>
            <w:r>
              <w:rPr>
                <w:sz w:val="17"/>
              </w:rPr>
              <w:t>1</w:t>
            </w:r>
          </w:p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15F2CB" w14:textId="77777777" w:rsidR="007E4700" w:rsidRDefault="007E4700" w:rsidP="003F0F58">
            <w:proofErr w:type="spellStart"/>
            <w:r>
              <w:rPr>
                <w:sz w:val="17"/>
              </w:rPr>
              <w:t>Fg</w:t>
            </w:r>
            <w:proofErr w:type="spellEnd"/>
            <w:r>
              <w:rPr>
                <w:sz w:val="17"/>
              </w:rPr>
              <w:t xml:space="preserve">. 201, </w:t>
            </w:r>
            <w:proofErr w:type="spellStart"/>
            <w:r>
              <w:rPr>
                <w:sz w:val="17"/>
              </w:rPr>
              <w:t>P.lla</w:t>
            </w:r>
            <w:proofErr w:type="spellEnd"/>
            <w:r>
              <w:rPr>
                <w:sz w:val="17"/>
              </w:rPr>
              <w:t xml:space="preserve"> 225</w:t>
            </w:r>
          </w:p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104E9B" w14:textId="77777777" w:rsidR="007E4700" w:rsidRDefault="007E4700" w:rsidP="003F0F58">
            <w:pPr>
              <w:jc w:val="center"/>
            </w:pPr>
            <w:r>
              <w:rPr>
                <w:sz w:val="17"/>
              </w:rPr>
              <w:t>10.750 mq</w:t>
            </w:r>
          </w:p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A469A0" w14:textId="77777777" w:rsidR="007E4700" w:rsidRDefault="007E4700" w:rsidP="003F0F58">
            <w:pPr>
              <w:jc w:val="center"/>
            </w:pPr>
            <w:r>
              <w:rPr>
                <w:sz w:val="17"/>
              </w:rPr>
              <w:t>Allegato A.1</w:t>
            </w:r>
          </w:p>
        </w:tc>
      </w:tr>
      <w:tr w:rsidR="007E4700" w14:paraId="14C0E210" w14:textId="77777777" w:rsidTr="003F0F58">
        <w:trPr>
          <w:jc w:val="center"/>
        </w:trPr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B70D7A" w14:textId="77777777" w:rsidR="007E4700" w:rsidRDefault="007E4700" w:rsidP="003F0F58">
            <w:pPr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8CCCEC" w14:textId="77777777" w:rsidR="007E4700" w:rsidRDefault="007E4700" w:rsidP="003F0F58">
            <w:pPr>
              <w:jc w:val="center"/>
            </w:pPr>
            <w:r>
              <w:rPr>
                <w:sz w:val="17"/>
              </w:rPr>
              <w:t>2</w:t>
            </w:r>
          </w:p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9E5E24" w14:textId="77777777" w:rsidR="007E4700" w:rsidRDefault="007E4700" w:rsidP="003F0F58">
            <w:proofErr w:type="spellStart"/>
            <w:r>
              <w:rPr>
                <w:sz w:val="17"/>
              </w:rPr>
              <w:t>Fg</w:t>
            </w:r>
            <w:proofErr w:type="spellEnd"/>
            <w:r>
              <w:rPr>
                <w:sz w:val="17"/>
              </w:rPr>
              <w:t xml:space="preserve">. 253, </w:t>
            </w:r>
            <w:proofErr w:type="spellStart"/>
            <w:r>
              <w:rPr>
                <w:sz w:val="17"/>
              </w:rPr>
              <w:t>P.lla</w:t>
            </w:r>
            <w:proofErr w:type="spellEnd"/>
            <w:r>
              <w:rPr>
                <w:sz w:val="17"/>
              </w:rPr>
              <w:t xml:space="preserve"> 787/parte</w:t>
            </w:r>
          </w:p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8E4DD7" w14:textId="77777777" w:rsidR="007E4700" w:rsidRDefault="007E4700" w:rsidP="003F0F58">
            <w:pPr>
              <w:jc w:val="center"/>
            </w:pPr>
            <w:r>
              <w:rPr>
                <w:sz w:val="17"/>
              </w:rPr>
              <w:t>3.100 mq</w:t>
            </w:r>
          </w:p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4D04E0" w14:textId="77777777" w:rsidR="007E4700" w:rsidRDefault="007E4700" w:rsidP="003F0F58">
            <w:pPr>
              <w:jc w:val="center"/>
            </w:pPr>
            <w:r>
              <w:rPr>
                <w:sz w:val="17"/>
              </w:rPr>
              <w:t>Allegato A.2</w:t>
            </w:r>
          </w:p>
        </w:tc>
      </w:tr>
      <w:tr w:rsidR="007E4700" w14:paraId="7A6A9670" w14:textId="77777777" w:rsidTr="003F0F58">
        <w:trPr>
          <w:jc w:val="center"/>
        </w:trPr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AD4DBD" w14:textId="77777777" w:rsidR="007E4700" w:rsidRDefault="007E4700" w:rsidP="003F0F58">
            <w:pPr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8C21E8" w14:textId="77777777" w:rsidR="007E4700" w:rsidRDefault="007E4700" w:rsidP="003F0F58">
            <w:pPr>
              <w:jc w:val="center"/>
            </w:pPr>
            <w:r>
              <w:rPr>
                <w:sz w:val="17"/>
              </w:rPr>
              <w:t>3</w:t>
            </w:r>
          </w:p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FD7760" w14:textId="77777777" w:rsidR="007E4700" w:rsidRDefault="007E4700" w:rsidP="003F0F58">
            <w:proofErr w:type="spellStart"/>
            <w:r>
              <w:rPr>
                <w:sz w:val="17"/>
              </w:rPr>
              <w:t>Fg</w:t>
            </w:r>
            <w:proofErr w:type="spellEnd"/>
            <w:r>
              <w:rPr>
                <w:sz w:val="17"/>
              </w:rPr>
              <w:t xml:space="preserve">. 258, </w:t>
            </w:r>
            <w:proofErr w:type="spellStart"/>
            <w:r>
              <w:rPr>
                <w:sz w:val="17"/>
              </w:rPr>
              <w:t>P.lla</w:t>
            </w:r>
            <w:proofErr w:type="spellEnd"/>
            <w:r>
              <w:rPr>
                <w:sz w:val="17"/>
              </w:rPr>
              <w:t xml:space="preserve"> 667</w:t>
            </w:r>
          </w:p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D9A39F" w14:textId="77777777" w:rsidR="007E4700" w:rsidRDefault="007E4700" w:rsidP="003F0F58">
            <w:pPr>
              <w:jc w:val="center"/>
            </w:pPr>
            <w:r>
              <w:rPr>
                <w:sz w:val="17"/>
              </w:rPr>
              <w:t>950 mq</w:t>
            </w:r>
          </w:p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66F8FC" w14:textId="77777777" w:rsidR="007E4700" w:rsidRDefault="007E4700" w:rsidP="003F0F58">
            <w:pPr>
              <w:jc w:val="center"/>
            </w:pPr>
            <w:r>
              <w:rPr>
                <w:sz w:val="17"/>
              </w:rPr>
              <w:t>Allegato A.3</w:t>
            </w:r>
          </w:p>
        </w:tc>
      </w:tr>
      <w:tr w:rsidR="007E4700" w14:paraId="6A35067D" w14:textId="77777777" w:rsidTr="003F0F58">
        <w:trPr>
          <w:jc w:val="center"/>
        </w:trPr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1A3E0C" w14:textId="77777777" w:rsidR="007E4700" w:rsidRDefault="007E4700" w:rsidP="003F0F58">
            <w:pPr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CB39D7" w14:textId="77777777" w:rsidR="007E4700" w:rsidRDefault="007E4700" w:rsidP="003F0F58">
            <w:pPr>
              <w:jc w:val="center"/>
            </w:pPr>
            <w:r>
              <w:rPr>
                <w:sz w:val="17"/>
              </w:rPr>
              <w:t>4</w:t>
            </w:r>
          </w:p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769AA9" w14:textId="77777777" w:rsidR="007E4700" w:rsidRDefault="007E4700" w:rsidP="003F0F58">
            <w:proofErr w:type="spellStart"/>
            <w:r>
              <w:rPr>
                <w:sz w:val="17"/>
              </w:rPr>
              <w:t>Fg</w:t>
            </w:r>
            <w:proofErr w:type="spellEnd"/>
            <w:r>
              <w:rPr>
                <w:sz w:val="17"/>
              </w:rPr>
              <w:t xml:space="preserve">. 264, </w:t>
            </w:r>
            <w:proofErr w:type="spellStart"/>
            <w:r>
              <w:rPr>
                <w:sz w:val="17"/>
              </w:rPr>
              <w:t>P.lla</w:t>
            </w:r>
            <w:proofErr w:type="spellEnd"/>
            <w:r>
              <w:rPr>
                <w:sz w:val="17"/>
              </w:rPr>
              <w:t xml:space="preserve"> 894</w:t>
            </w:r>
          </w:p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183004" w14:textId="77777777" w:rsidR="007E4700" w:rsidRDefault="007E4700" w:rsidP="003F0F58">
            <w:pPr>
              <w:jc w:val="center"/>
            </w:pPr>
            <w:r>
              <w:rPr>
                <w:sz w:val="17"/>
              </w:rPr>
              <w:t>62.742,2 mq</w:t>
            </w:r>
          </w:p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F6F580" w14:textId="77777777" w:rsidR="007E4700" w:rsidRDefault="007E4700" w:rsidP="003F0F58">
            <w:pPr>
              <w:jc w:val="center"/>
            </w:pPr>
            <w:r>
              <w:rPr>
                <w:sz w:val="17"/>
              </w:rPr>
              <w:t>Allegato A.4</w:t>
            </w:r>
          </w:p>
        </w:tc>
      </w:tr>
      <w:tr w:rsidR="007E4700" w14:paraId="0BB61BE0" w14:textId="77777777" w:rsidTr="003F0F58">
        <w:trPr>
          <w:jc w:val="center"/>
        </w:trPr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46E532" w14:textId="77777777" w:rsidR="007E4700" w:rsidRDefault="007E4700" w:rsidP="003F0F58">
            <w:pPr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D36557" w14:textId="77777777" w:rsidR="007E4700" w:rsidRDefault="007E4700" w:rsidP="003F0F58">
            <w:pPr>
              <w:jc w:val="center"/>
            </w:pPr>
            <w:r>
              <w:rPr>
                <w:sz w:val="17"/>
              </w:rPr>
              <w:t>5</w:t>
            </w:r>
          </w:p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E37A99" w14:textId="77777777" w:rsidR="007E4700" w:rsidRDefault="007E4700" w:rsidP="003F0F58">
            <w:proofErr w:type="spellStart"/>
            <w:r>
              <w:rPr>
                <w:sz w:val="17"/>
              </w:rPr>
              <w:t>Fg</w:t>
            </w:r>
            <w:proofErr w:type="spellEnd"/>
            <w:r>
              <w:rPr>
                <w:sz w:val="17"/>
              </w:rPr>
              <w:t xml:space="preserve">. 298, </w:t>
            </w:r>
            <w:proofErr w:type="spellStart"/>
            <w:r>
              <w:rPr>
                <w:sz w:val="17"/>
              </w:rPr>
              <w:t>P.lla</w:t>
            </w:r>
            <w:proofErr w:type="spellEnd"/>
            <w:r>
              <w:rPr>
                <w:sz w:val="17"/>
              </w:rPr>
              <w:t xml:space="preserve"> 483</w:t>
            </w:r>
          </w:p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E2F7B4" w14:textId="77777777" w:rsidR="007E4700" w:rsidRDefault="007E4700" w:rsidP="003F0F58">
            <w:pPr>
              <w:jc w:val="center"/>
            </w:pPr>
            <w:r>
              <w:rPr>
                <w:sz w:val="17"/>
              </w:rPr>
              <w:t>2.900 mq</w:t>
            </w:r>
          </w:p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45901A" w14:textId="77777777" w:rsidR="007E4700" w:rsidRDefault="007E4700" w:rsidP="003F0F58">
            <w:pPr>
              <w:jc w:val="center"/>
            </w:pPr>
            <w:r>
              <w:rPr>
                <w:sz w:val="17"/>
              </w:rPr>
              <w:t>Allegato A.5</w:t>
            </w:r>
          </w:p>
        </w:tc>
      </w:tr>
      <w:tr w:rsidR="007E4700" w14:paraId="1F93D032" w14:textId="77777777" w:rsidTr="003F0F58">
        <w:trPr>
          <w:jc w:val="center"/>
        </w:trPr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581F76" w14:textId="77777777" w:rsidR="007E4700" w:rsidRDefault="007E4700" w:rsidP="003F0F58">
            <w:pPr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BBEFD3" w14:textId="77777777" w:rsidR="007E4700" w:rsidRDefault="007E4700" w:rsidP="003F0F58">
            <w:pPr>
              <w:jc w:val="center"/>
            </w:pPr>
            <w:r>
              <w:rPr>
                <w:sz w:val="17"/>
              </w:rPr>
              <w:t>6</w:t>
            </w:r>
          </w:p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EC3216" w14:textId="77777777" w:rsidR="007E4700" w:rsidRDefault="007E4700" w:rsidP="003F0F58">
            <w:proofErr w:type="spellStart"/>
            <w:r>
              <w:rPr>
                <w:sz w:val="17"/>
              </w:rPr>
              <w:t>Fg</w:t>
            </w:r>
            <w:proofErr w:type="spellEnd"/>
            <w:r>
              <w:rPr>
                <w:sz w:val="17"/>
              </w:rPr>
              <w:t xml:space="preserve">. 303, </w:t>
            </w:r>
            <w:proofErr w:type="spellStart"/>
            <w:r>
              <w:rPr>
                <w:sz w:val="17"/>
              </w:rPr>
              <w:t>P.lla</w:t>
            </w:r>
            <w:proofErr w:type="spellEnd"/>
            <w:r>
              <w:rPr>
                <w:sz w:val="17"/>
              </w:rPr>
              <w:t xml:space="preserve"> 737</w:t>
            </w:r>
          </w:p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4A7E4A" w14:textId="77777777" w:rsidR="007E4700" w:rsidRDefault="007E4700" w:rsidP="003F0F58">
            <w:pPr>
              <w:jc w:val="center"/>
            </w:pPr>
            <w:r>
              <w:rPr>
                <w:sz w:val="17"/>
              </w:rPr>
              <w:t>7.068,2 mq</w:t>
            </w:r>
          </w:p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DB9FF1" w14:textId="77777777" w:rsidR="007E4700" w:rsidRDefault="007E4700" w:rsidP="003F0F58">
            <w:pPr>
              <w:jc w:val="center"/>
            </w:pPr>
            <w:r>
              <w:rPr>
                <w:sz w:val="17"/>
              </w:rPr>
              <w:t>Allegato A.6</w:t>
            </w:r>
          </w:p>
        </w:tc>
      </w:tr>
    </w:tbl>
    <w:p w14:paraId="0C357D06" w14:textId="77777777" w:rsidR="007E4700" w:rsidRDefault="007E4700" w:rsidP="007E4700">
      <w:pPr>
        <w:spacing w:before="100"/>
        <w:rPr>
          <w:b/>
        </w:rPr>
      </w:pPr>
    </w:p>
    <w:p w14:paraId="04A6DA5F" w14:textId="7CC77DE4" w:rsidR="007E4700" w:rsidRDefault="007E4700" w:rsidP="007E4700">
      <w:pPr>
        <w:spacing w:before="100"/>
        <w:jc w:val="both"/>
        <w:rPr>
          <w:b/>
        </w:rPr>
      </w:pPr>
      <w:r>
        <w:rPr>
          <w:b/>
        </w:rPr>
        <w:t>Il proponente prende atto che, per ciascun lotto selezionato, deve essere presentata una specifica proposta conforme all’Avviso e alla relativa scheda tecnica.</w:t>
      </w:r>
    </w:p>
    <w:p w14:paraId="47F29146" w14:textId="77777777" w:rsidR="007E4700" w:rsidRDefault="007E4700" w:rsidP="007E4700">
      <w:pPr>
        <w:spacing w:before="100"/>
      </w:pPr>
    </w:p>
    <w:p w14:paraId="10141793" w14:textId="77777777" w:rsidR="007E4700" w:rsidRDefault="007E4700" w:rsidP="007E4700">
      <w:pPr>
        <w:keepNext/>
        <w:spacing w:before="180"/>
      </w:pPr>
      <w:r>
        <w:rPr>
          <w:b/>
          <w:color w:val="1F4E79"/>
          <w:sz w:val="24"/>
        </w:rPr>
        <w:t>4. DOMANDA E MANIFESTAZIONE DI INTERESSE</w:t>
      </w:r>
    </w:p>
    <w:p w14:paraId="518EEA01" w14:textId="77777777" w:rsidR="007E4700" w:rsidRDefault="007E4700" w:rsidP="007E4700">
      <w:pPr>
        <w:keepNext/>
        <w:jc w:val="center"/>
        <w:rPr>
          <w:b/>
          <w:sz w:val="24"/>
        </w:rPr>
      </w:pPr>
    </w:p>
    <w:p w14:paraId="6DD92A8E" w14:textId="5CEED5DA" w:rsidR="007E4700" w:rsidRDefault="007E4700" w:rsidP="007E4700">
      <w:pPr>
        <w:keepNext/>
        <w:jc w:val="center"/>
      </w:pPr>
      <w:r>
        <w:rPr>
          <w:b/>
          <w:sz w:val="24"/>
        </w:rPr>
        <w:t>CHIEDE</w:t>
      </w:r>
    </w:p>
    <w:p w14:paraId="0779CE10" w14:textId="77777777" w:rsidR="007E4700" w:rsidRDefault="007E4700" w:rsidP="007E4700">
      <w:pPr>
        <w:rPr>
          <w:sz w:val="20"/>
        </w:rPr>
      </w:pPr>
    </w:p>
    <w:p w14:paraId="3F4286B7" w14:textId="0F81F3FC" w:rsidR="007E4700" w:rsidRDefault="007E4700" w:rsidP="007E4700">
      <w:pPr>
        <w:jc w:val="both"/>
        <w:rPr>
          <w:sz w:val="20"/>
        </w:rPr>
      </w:pPr>
      <w:r>
        <w:rPr>
          <w:sz w:val="20"/>
        </w:rPr>
        <w:lastRenderedPageBreak/>
        <w:t>di essere ammesso alla procedura e manifesta il proprio interesse all’assegnazione in comodato modale gratuito del lotto o dei lotti sopra indicati, alle condizioni previste dall’Avviso pubblico, dal Regolamento comunale per la gestione, valorizzazione ed alienazione del patrimonio immobiliare, dallo schema di contratto di comodato modale e dalle relative schede tecniche.</w:t>
      </w:r>
    </w:p>
    <w:p w14:paraId="73A8252E" w14:textId="77777777" w:rsidR="007E4700" w:rsidRDefault="007E4700" w:rsidP="007E4700"/>
    <w:p w14:paraId="76370181" w14:textId="77777777" w:rsidR="007E4700" w:rsidRDefault="007E4700" w:rsidP="007E4700">
      <w:pPr>
        <w:keepNext/>
        <w:spacing w:before="180"/>
      </w:pPr>
      <w:r>
        <w:rPr>
          <w:b/>
          <w:color w:val="1F4E79"/>
          <w:sz w:val="24"/>
        </w:rPr>
        <w:t>5. DICHIARAZIONI SUI REQUISITI DI PARTECIPAZIONE</w:t>
      </w:r>
    </w:p>
    <w:p w14:paraId="7338BC82" w14:textId="77777777" w:rsidR="007E4700" w:rsidRDefault="007E4700" w:rsidP="007E4700">
      <w:pPr>
        <w:rPr>
          <w:sz w:val="20"/>
        </w:rPr>
      </w:pPr>
    </w:p>
    <w:p w14:paraId="3741A8B3" w14:textId="14A75A1D" w:rsidR="007E4700" w:rsidRDefault="007E4700" w:rsidP="007E4700">
      <w:pPr>
        <w:rPr>
          <w:sz w:val="20"/>
        </w:rPr>
      </w:pPr>
      <w:r>
        <w:rPr>
          <w:sz w:val="20"/>
        </w:rPr>
        <w:t>Ai sensi degli artt. 46 e 47 del D.P.R. n. 445/2000, il sottoscritto dichiara:</w:t>
      </w:r>
    </w:p>
    <w:p w14:paraId="6766AE90" w14:textId="77777777" w:rsidR="007E4700" w:rsidRDefault="007E4700" w:rsidP="007E4700"/>
    <w:p w14:paraId="6CF1B829" w14:textId="1E215509" w:rsidR="007E4700" w:rsidRDefault="007E4700" w:rsidP="007E4700">
      <w:pPr>
        <w:keepNext/>
        <w:spacing w:before="120"/>
        <w:rPr>
          <w:b/>
          <w:color w:val="000000"/>
          <w:sz w:val="21"/>
        </w:rPr>
      </w:pPr>
      <w:r>
        <w:rPr>
          <w:b/>
          <w:color w:val="000000"/>
          <w:sz w:val="21"/>
        </w:rPr>
        <w:t>5.1 Requisiti di ordine generale</w:t>
      </w:r>
    </w:p>
    <w:p w14:paraId="1032F4A2" w14:textId="347F95C9" w:rsidR="007E4700" w:rsidRDefault="007E4700" w:rsidP="007E4700">
      <w:pPr>
        <w:spacing w:line="252" w:lineRule="auto"/>
        <w:ind w:left="284" w:hanging="284"/>
        <w:jc w:val="both"/>
      </w:pPr>
      <w:r>
        <w:rPr>
          <w:sz w:val="20"/>
        </w:rPr>
        <w:t>☐</w:t>
      </w:r>
      <w:r>
        <w:rPr>
          <w:b/>
          <w:sz w:val="20"/>
        </w:rPr>
        <w:t xml:space="preserve"> </w:t>
      </w:r>
      <w:r>
        <w:rPr>
          <w:sz w:val="20"/>
        </w:rPr>
        <w:t>di possedere la capacità di contrarre con la Pubblica Amministrazione;</w:t>
      </w:r>
    </w:p>
    <w:p w14:paraId="0DDFA885" w14:textId="4992919D" w:rsidR="007E4700" w:rsidRDefault="007E4700" w:rsidP="007E4700">
      <w:pPr>
        <w:spacing w:line="252" w:lineRule="auto"/>
        <w:ind w:left="284" w:hanging="284"/>
        <w:jc w:val="both"/>
      </w:pPr>
      <w:r>
        <w:rPr>
          <w:sz w:val="20"/>
        </w:rPr>
        <w:t>☐</w:t>
      </w:r>
      <w:r>
        <w:rPr>
          <w:sz w:val="20"/>
        </w:rPr>
        <w:t xml:space="preserve"> </w:t>
      </w:r>
      <w:r>
        <w:rPr>
          <w:sz w:val="20"/>
        </w:rPr>
        <w:t>di non trovarsi in alcuna delle condizioni che determinano l’incapacità a contrarre con la Pubblica Amministrazione previste dalla normativa vigente;</w:t>
      </w:r>
    </w:p>
    <w:p w14:paraId="5850BC99" w14:textId="0437BB18" w:rsidR="007E4700" w:rsidRDefault="007E4700" w:rsidP="007E4700">
      <w:pPr>
        <w:spacing w:line="252" w:lineRule="auto"/>
        <w:ind w:left="284" w:hanging="284"/>
        <w:jc w:val="both"/>
      </w:pPr>
      <w:r>
        <w:rPr>
          <w:sz w:val="20"/>
        </w:rPr>
        <w:t>☐</w:t>
      </w:r>
      <w:r>
        <w:rPr>
          <w:sz w:val="20"/>
        </w:rPr>
        <w:t xml:space="preserve"> </w:t>
      </w:r>
      <w:r>
        <w:rPr>
          <w:sz w:val="20"/>
        </w:rPr>
        <w:t>di non essere destinatario di provvedimenti interdittivi o misure limitative della capacità negoziale;</w:t>
      </w:r>
    </w:p>
    <w:p w14:paraId="2C6021F5" w14:textId="17961905" w:rsidR="007E4700" w:rsidRDefault="007E4700" w:rsidP="007E4700">
      <w:pPr>
        <w:spacing w:line="252" w:lineRule="auto"/>
        <w:ind w:left="284" w:hanging="284"/>
        <w:jc w:val="both"/>
      </w:pPr>
      <w:r>
        <w:rPr>
          <w:sz w:val="20"/>
        </w:rPr>
        <w:t>☐</w:t>
      </w:r>
      <w:r>
        <w:rPr>
          <w:sz w:val="20"/>
        </w:rPr>
        <w:t xml:space="preserve"> </w:t>
      </w:r>
      <w:r>
        <w:rPr>
          <w:sz w:val="20"/>
        </w:rPr>
        <w:t>di essere in regola con gli obblighi fiscali, tributari e contributivi previsti dalla legislazione vigente;</w:t>
      </w:r>
    </w:p>
    <w:p w14:paraId="7F038ED0" w14:textId="35B8E318" w:rsidR="007E4700" w:rsidRDefault="007E4700" w:rsidP="007E4700">
      <w:pPr>
        <w:spacing w:line="252" w:lineRule="auto"/>
        <w:ind w:left="284" w:hanging="284"/>
        <w:jc w:val="both"/>
      </w:pPr>
      <w:r>
        <w:rPr>
          <w:sz w:val="20"/>
        </w:rPr>
        <w:t>☐</w:t>
      </w:r>
      <w:r>
        <w:rPr>
          <w:sz w:val="20"/>
        </w:rPr>
        <w:t xml:space="preserve"> </w:t>
      </w:r>
      <w:r>
        <w:rPr>
          <w:sz w:val="20"/>
        </w:rPr>
        <w:t xml:space="preserve">di non essere destinatario delle cause di decadenza, sospensione o divieto previste dagli artt. 67, 84 e seguenti del </w:t>
      </w:r>
      <w:proofErr w:type="spellStart"/>
      <w:r>
        <w:rPr>
          <w:sz w:val="20"/>
        </w:rPr>
        <w:t>D.Lgs.</w:t>
      </w:r>
      <w:proofErr w:type="spellEnd"/>
      <w:r>
        <w:rPr>
          <w:sz w:val="20"/>
        </w:rPr>
        <w:t xml:space="preserve"> 6 settembre 2011, n. 159;</w:t>
      </w:r>
    </w:p>
    <w:p w14:paraId="468AC776" w14:textId="22E38C70" w:rsidR="007E4700" w:rsidRDefault="007E4700" w:rsidP="007E4700">
      <w:pPr>
        <w:spacing w:line="252" w:lineRule="auto"/>
        <w:ind w:left="284" w:hanging="284"/>
        <w:jc w:val="both"/>
        <w:rPr>
          <w:sz w:val="20"/>
        </w:rPr>
      </w:pPr>
      <w:r>
        <w:rPr>
          <w:sz w:val="20"/>
        </w:rPr>
        <w:t>☐</w:t>
      </w:r>
      <w:r>
        <w:rPr>
          <w:sz w:val="20"/>
        </w:rPr>
        <w:t xml:space="preserve"> </w:t>
      </w:r>
      <w:r>
        <w:rPr>
          <w:sz w:val="20"/>
        </w:rPr>
        <w:t>di non trovarsi in situazioni che possano compromettere l’affidabilità, la correttezza o la capacità di adempiere agli obblighi derivanti dall’eventuale assegnazione.</w:t>
      </w:r>
    </w:p>
    <w:p w14:paraId="67F6A48C" w14:textId="77777777" w:rsidR="007E4700" w:rsidRDefault="007E4700" w:rsidP="007E4700">
      <w:pPr>
        <w:spacing w:line="252" w:lineRule="auto"/>
        <w:ind w:left="369" w:hanging="369"/>
      </w:pPr>
    </w:p>
    <w:p w14:paraId="5512C41F" w14:textId="77777777" w:rsidR="007E4700" w:rsidRDefault="007E4700" w:rsidP="007E4700">
      <w:pPr>
        <w:keepNext/>
        <w:spacing w:before="120"/>
      </w:pPr>
      <w:r>
        <w:rPr>
          <w:b/>
          <w:color w:val="000000"/>
          <w:sz w:val="21"/>
        </w:rPr>
        <w:t>5.2 Requisiti di idoneità professionale</w:t>
      </w:r>
    </w:p>
    <w:p w14:paraId="4BFAB353" w14:textId="0D4787D5" w:rsidR="007E4700" w:rsidRDefault="007E4700" w:rsidP="007E4700">
      <w:pPr>
        <w:spacing w:after="40" w:line="252" w:lineRule="auto"/>
        <w:ind w:left="426" w:hanging="426"/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  <w:r>
        <w:rPr>
          <w:sz w:val="20"/>
        </w:rPr>
        <w:t>☐ il soggetto proponente è regolarmente iscritto nel Registro delle Imprese presso la Camera di Commercio territorialmente competente per attività coerenti con l’oggetto dell’Avviso;</w:t>
      </w:r>
    </w:p>
    <w:p w14:paraId="6BBE5DBA" w14:textId="0C32AB22" w:rsidR="007E4700" w:rsidRDefault="007E4700" w:rsidP="007E4700">
      <w:pPr>
        <w:spacing w:after="40" w:line="252" w:lineRule="auto"/>
        <w:ind w:left="426" w:hanging="426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  <w:r>
        <w:rPr>
          <w:sz w:val="20"/>
        </w:rPr>
        <w:t>☐ il soggetto proponente non è tenuto all’iscrizione camerale e dimostra, mediante statuto, atto costitutivo o documentazione equipollente allegata, la compatibilità delle proprie finalità con gli interventi e le attività previsti dall’Avviso.</w:t>
      </w:r>
    </w:p>
    <w:p w14:paraId="11F1B231" w14:textId="77777777" w:rsidR="007E4700" w:rsidRDefault="007E4700" w:rsidP="007E4700">
      <w:pPr>
        <w:spacing w:after="40" w:line="252" w:lineRule="auto"/>
      </w:pPr>
    </w:p>
    <w:p w14:paraId="011E9BF7" w14:textId="77777777" w:rsidR="007E4700" w:rsidRDefault="007E4700" w:rsidP="007E4700">
      <w:pPr>
        <w:keepNext/>
        <w:spacing w:before="120"/>
      </w:pPr>
      <w:r>
        <w:rPr>
          <w:b/>
          <w:color w:val="000000"/>
          <w:sz w:val="21"/>
        </w:rPr>
        <w:t>5.3 Capacità economico-finanziaria</w:t>
      </w:r>
    </w:p>
    <w:p w14:paraId="0E51FBB8" w14:textId="08E0A5A3" w:rsidR="007E4700" w:rsidRDefault="007E4700" w:rsidP="007E4700">
      <w:pPr>
        <w:spacing w:line="252" w:lineRule="auto"/>
        <w:ind w:left="284" w:hanging="284"/>
        <w:jc w:val="both"/>
        <w:rPr>
          <w:sz w:val="20"/>
        </w:rPr>
      </w:pPr>
      <w:r>
        <w:rPr>
          <w:sz w:val="20"/>
        </w:rPr>
        <w:t>☐</w:t>
      </w:r>
      <w:r>
        <w:rPr>
          <w:sz w:val="20"/>
        </w:rPr>
        <w:t xml:space="preserve"> </w:t>
      </w:r>
      <w:r>
        <w:rPr>
          <w:sz w:val="20"/>
        </w:rPr>
        <w:t>di possedere adeguata solidità economica e finanziaria per sostenere integralmente gli investimenti necessari alla progettazione, realizzazione, gestione e manutenzione delle aree assegnate, senza contributi, finanziamenti o rimborsi a carico del Comune di Taranto.</w:t>
      </w:r>
    </w:p>
    <w:p w14:paraId="65CF26F7" w14:textId="77777777" w:rsidR="007E4700" w:rsidRDefault="007E4700" w:rsidP="007E4700">
      <w:pPr>
        <w:spacing w:line="252" w:lineRule="auto"/>
        <w:ind w:left="369" w:hanging="369"/>
        <w:jc w:val="both"/>
      </w:pPr>
    </w:p>
    <w:p w14:paraId="7A328308" w14:textId="77777777" w:rsidR="007E4700" w:rsidRDefault="007E4700" w:rsidP="007E4700">
      <w:pPr>
        <w:keepNext/>
        <w:spacing w:before="120"/>
      </w:pPr>
      <w:r>
        <w:rPr>
          <w:b/>
          <w:color w:val="000000"/>
          <w:sz w:val="21"/>
        </w:rPr>
        <w:t>5.4 Capacità tecnico-organizzativa</w:t>
      </w:r>
    </w:p>
    <w:p w14:paraId="7ED9B04B" w14:textId="1B04AFB8" w:rsidR="007E4700" w:rsidRDefault="007E4700" w:rsidP="007E4700">
      <w:pPr>
        <w:spacing w:line="252" w:lineRule="auto"/>
        <w:ind w:left="369" w:hanging="369"/>
        <w:jc w:val="both"/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  <w:r>
        <w:rPr>
          <w:sz w:val="20"/>
        </w:rPr>
        <w:t>☐ di possedere una struttura organizzativa adeguata all’attuazione degli interventi proposti e alla successiva gestione delle aree;</w:t>
      </w:r>
    </w:p>
    <w:p w14:paraId="004D2283" w14:textId="1DD5D401" w:rsidR="007E4700" w:rsidRDefault="007E4700" w:rsidP="007E4700">
      <w:pPr>
        <w:spacing w:line="252" w:lineRule="auto"/>
        <w:ind w:left="369" w:hanging="369"/>
        <w:jc w:val="both"/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  <w:r>
        <w:rPr>
          <w:sz w:val="20"/>
        </w:rPr>
      </w:r>
      <w:r>
        <w:rPr>
          <w:sz w:val="20"/>
        </w:rPr>
        <w:t>☐ in caso di partecipazione congiunta, di aver individuato il soggetto capofila sopra indicato quale referente unico nei confronti dell’Amministrazione Comunale e coordinatore degli adempimenti procedimentali e contrattuali;</w:t>
      </w:r>
    </w:p>
    <w:p w14:paraId="2A31B968" w14:textId="2F32D9A5" w:rsidR="007E4700" w:rsidRDefault="007E4700" w:rsidP="007E4700">
      <w:pPr>
        <w:spacing w:line="252" w:lineRule="auto"/>
        <w:ind w:left="369" w:hanging="369"/>
        <w:jc w:val="both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  <w:r>
        <w:rPr>
          <w:sz w:val="20"/>
        </w:rPr>
      </w:r>
      <w:r>
        <w:rPr>
          <w:sz w:val="20"/>
        </w:rPr>
        <w:t>☐ in caso di partecipazione congiunta, che tutti i componenti dell’aggregazione possiedono i requisiti di ordine generale richiesti dall’Avviso.</w:t>
      </w:r>
    </w:p>
    <w:p w14:paraId="098E4BCF" w14:textId="77777777" w:rsidR="007E4700" w:rsidRDefault="007E4700" w:rsidP="007E4700">
      <w:pPr>
        <w:spacing w:line="252" w:lineRule="auto"/>
        <w:ind w:left="369" w:hanging="369"/>
        <w:jc w:val="both"/>
      </w:pPr>
    </w:p>
    <w:p w14:paraId="50A29F00" w14:textId="77777777" w:rsidR="007E4700" w:rsidRDefault="007E4700" w:rsidP="007E4700">
      <w:pPr>
        <w:keepNext/>
        <w:spacing w:before="180"/>
      </w:pPr>
      <w:r>
        <w:rPr>
          <w:b/>
          <w:color w:val="1F4E79"/>
          <w:sz w:val="24"/>
        </w:rPr>
        <w:lastRenderedPageBreak/>
        <w:t>6. DICHIARAZIONI DI PRESA VISIONE E ACCETTAZIONE</w:t>
      </w:r>
    </w:p>
    <w:p w14:paraId="09BAB186" w14:textId="39321F9D" w:rsidR="007E4700" w:rsidRDefault="007E4700" w:rsidP="007E4700">
      <w:pPr>
        <w:spacing w:line="252" w:lineRule="auto"/>
        <w:ind w:left="369" w:hanging="369"/>
        <w:jc w:val="both"/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  <w:r>
        <w:rPr>
          <w:sz w:val="20"/>
        </w:rPr>
      </w:r>
      <w:r>
        <w:rPr>
          <w:sz w:val="20"/>
        </w:rPr>
        <w:t>☐ di aver preso piena conoscenza e di accettare incondizionatamente tutte le disposizioni contenute nell’Avviso pubblico, nel Regolamento comunale per la gestione, valorizzazione ed alienazione del patrimonio immobiliare e nello schema di contratto di comodato modale;</w:t>
      </w:r>
    </w:p>
    <w:p w14:paraId="5A391215" w14:textId="61ADF744" w:rsidR="007E4700" w:rsidRDefault="007E4700" w:rsidP="007E4700">
      <w:pPr>
        <w:spacing w:line="252" w:lineRule="auto"/>
        <w:ind w:left="369" w:hanging="369"/>
        <w:jc w:val="both"/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  <w:r>
        <w:rPr>
          <w:sz w:val="20"/>
        </w:rPr>
        <w:t>☐ di aver preso visione della scheda tecnica relativa a ciascun lotto selezionato e di conoscerne le caratteristiche, le condizioni urbanistiche e territoriali, i vincoli, le prescrizioni e le interferenze ivi rappresentate;</w:t>
      </w:r>
    </w:p>
    <w:p w14:paraId="5A779681" w14:textId="4D793DF2" w:rsidR="007E4700" w:rsidRDefault="007E4700" w:rsidP="007E4700">
      <w:pPr>
        <w:spacing w:line="252" w:lineRule="auto"/>
        <w:ind w:left="369" w:hanging="369"/>
        <w:jc w:val="both"/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  <w:r>
        <w:rPr>
          <w:sz w:val="20"/>
        </w:rPr>
        <w:t>☐ di essere consapevole che le consistenze, le superfici e le capacità di sosta indicate hanno carattere meramente indicativo e ricognitivo e non sostituiscono le verifiche tecniche, urbanistiche, patrimoniali, paesaggistiche, ambientali, idrauliche, viabilistiche e autorizzative;</w:t>
      </w:r>
    </w:p>
    <w:p w14:paraId="38D5BBC3" w14:textId="2033EE1D" w:rsidR="007E4700" w:rsidRDefault="007E4700" w:rsidP="007E4700">
      <w:pPr>
        <w:spacing w:line="252" w:lineRule="auto"/>
        <w:ind w:left="369" w:hanging="369"/>
        <w:jc w:val="both"/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  <w:r>
        <w:rPr>
          <w:sz w:val="20"/>
        </w:rPr>
        <w:t>☐ di ritenere la proposta presentata compatibile con lo stato dei luoghi, ferme restando le verifiche e le autorizzazioni prescritte;</w:t>
      </w:r>
    </w:p>
    <w:p w14:paraId="7A910D11" w14:textId="7A2DEF96" w:rsidR="007E4700" w:rsidRDefault="007E4700" w:rsidP="007E4700">
      <w:pPr>
        <w:spacing w:line="252" w:lineRule="auto"/>
        <w:ind w:left="369" w:hanging="369"/>
        <w:jc w:val="both"/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  <w:r>
        <w:rPr>
          <w:sz w:val="20"/>
        </w:rPr>
        <w:t>☐ di assumere tutti gli oneri necessari alla realizzazione e alla gestione degli interventi proposti, senza oneri economici, finanziari o patrimoniali a carico del Comune di Taranto;</w:t>
      </w:r>
    </w:p>
    <w:p w14:paraId="29AF2E3A" w14:textId="46BE2C5A" w:rsidR="007E4700" w:rsidRDefault="007E4700" w:rsidP="007E4700">
      <w:pPr>
        <w:spacing w:line="252" w:lineRule="auto"/>
        <w:ind w:left="369" w:hanging="369"/>
        <w:jc w:val="both"/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  <w:r>
        <w:rPr>
          <w:sz w:val="20"/>
        </w:rPr>
      </w:r>
      <w:r>
        <w:rPr>
          <w:sz w:val="20"/>
        </w:rPr>
        <w:t>☐ di essere consapevole che, qualora ricorrano i presupposti dell’art. 23-quater del D.P.R. n. 380/2001, l’uso temporaneo è disciplinato da apposita convenzione, non comporta mutamento della destinazione d’uso e resta subordinato agli atti e alle competenze previste dalla legge, nonché all’acquisizione di tutti i pareri, nulla osta e atti di assenso necessari;</w:t>
      </w:r>
    </w:p>
    <w:p>
      <w:pPr/>
      <w:r/>
      <w:r>
        <w:rPr/>
        <w:t>☐ di essere consapevole che l’eventuale individuazione della proposta quale migliore per il lotto ha carattere provvisorio e condizionato e non attribuisce alcun diritto alla stipulazione, alla consegna o al godimento dell’area fino al perfezionamento degli atti previsti dall’Avviso;</w:t>
      </w:r>
    </w:p>
    <w:p>
      <w:pPr/>
      <w:r/>
      <w:r>
        <w:rPr/>
        <w:t>☐ di aver preso visione del Patto di Integrità e Legalità della procedura e di impegnarsi al relativo rispetto;</w:t>
      </w:r>
    </w:p>
    <w:p w14:paraId="408D3406" w14:textId="6C08250A" w:rsidR="007E4700" w:rsidRDefault="007E4700" w:rsidP="007E4700">
      <w:pPr>
        <w:spacing w:line="252" w:lineRule="auto"/>
        <w:ind w:left="369" w:hanging="369"/>
        <w:jc w:val="both"/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  <w:r>
        <w:rPr>
          <w:sz w:val="20"/>
        </w:rPr>
      </w:r>
      <w:r>
        <w:rPr>
          <w:sz w:val="20"/>
        </w:rPr>
        <w:t>☐ di essere consapevole che la presentazione della manifestazione di interesse non determina alcun diritto all’assegnazione delle aree e non costituisce proposta contrattuale vincolante per l’Amministrazione Comunale.</w:t>
      </w:r>
    </w:p>
    <w:p w14:paraId="04119290" w14:textId="77777777" w:rsidR="007E4700" w:rsidRDefault="007E4700" w:rsidP="007E4700">
      <w:pPr>
        <w:keepNext/>
        <w:spacing w:before="180"/>
      </w:pPr>
      <w:r>
        <w:rPr>
          <w:b/>
          <w:color w:val="1F4E79"/>
          <w:sz w:val="24"/>
        </w:rPr>
        <w:t>7. RECAPITO PER LE COMUNICAZIONI</w:t>
      </w:r>
    </w:p>
    <w:p w14:paraId="3130639F" w14:textId="77777777" w:rsidR="007E4700" w:rsidRDefault="007E4700" w:rsidP="007E4700">
      <w:pPr>
        <w:spacing w:after="40" w:line="240" w:lineRule="auto"/>
      </w:pPr>
      <w:r>
        <w:rPr>
          <w:b/>
          <w:sz w:val="20"/>
        </w:rPr>
        <w:t xml:space="preserve">PEC eletta per tutte le comunicazioni </w:t>
      </w:r>
      <w:r>
        <w:rPr>
          <w:sz w:val="20"/>
        </w:rPr>
        <w:t>________________________________________________</w:t>
      </w:r>
    </w:p>
    <w:p w14:paraId="286AA547" w14:textId="77777777" w:rsidR="007E4700" w:rsidRDefault="007E4700" w:rsidP="007E4700">
      <w:pPr>
        <w:spacing w:after="40" w:line="240" w:lineRule="auto"/>
      </w:pPr>
      <w:r>
        <w:rPr>
          <w:b/>
          <w:sz w:val="20"/>
        </w:rPr>
        <w:t xml:space="preserve">Referente </w:t>
      </w:r>
      <w:r>
        <w:rPr>
          <w:sz w:val="20"/>
        </w:rPr>
        <w:t>__________________________________________________________________</w:t>
      </w:r>
    </w:p>
    <w:p w14:paraId="1E535875" w14:textId="77777777" w:rsidR="007E4700" w:rsidRDefault="007E4700" w:rsidP="007E4700">
      <w:pPr>
        <w:spacing w:after="40" w:line="240" w:lineRule="auto"/>
      </w:pPr>
      <w:r>
        <w:rPr>
          <w:b/>
          <w:sz w:val="20"/>
        </w:rPr>
        <w:t xml:space="preserve">Telefono </w:t>
      </w:r>
      <w:r>
        <w:rPr>
          <w:sz w:val="20"/>
        </w:rPr>
        <w:t>__________________________________________________________________</w:t>
      </w:r>
    </w:p>
    <w:p w14:paraId="7E7534CD" w14:textId="77777777" w:rsidR="007E4700" w:rsidRDefault="007E4700" w:rsidP="007E4700">
      <w:pPr>
        <w:spacing w:after="40" w:line="240" w:lineRule="auto"/>
        <w:rPr>
          <w:sz w:val="20"/>
        </w:rPr>
      </w:pPr>
      <w:r>
        <w:rPr>
          <w:b/>
          <w:sz w:val="20"/>
        </w:rPr>
        <w:t xml:space="preserve">E-mail </w:t>
      </w:r>
      <w:r>
        <w:rPr>
          <w:sz w:val="20"/>
        </w:rPr>
        <w:t>__________________________________________________________________</w:t>
      </w:r>
    </w:p>
    <w:p w14:paraId="6F42B4F4" w14:textId="77777777" w:rsidR="00777F34" w:rsidRDefault="00777F34" w:rsidP="007E4700">
      <w:pPr>
        <w:spacing w:after="40" w:line="240" w:lineRule="auto"/>
      </w:pPr>
    </w:p>
    <w:p w14:paraId="7177946E" w14:textId="77777777" w:rsidR="007E4700" w:rsidRDefault="007E4700" w:rsidP="007E4700">
      <w:pPr>
        <w:keepNext/>
        <w:spacing w:before="180"/>
      </w:pPr>
      <w:r>
        <w:rPr>
          <w:b/>
          <w:color w:val="1F4E79"/>
          <w:sz w:val="24"/>
        </w:rPr>
        <w:t>8. DOCUMENTAZIONE ALLEGATA</w:t>
      </w:r>
    </w:p>
    <w:p w14:paraId="138638D3" w14:textId="77777777" w:rsidR="007E4700" w:rsidRDefault="007E4700" w:rsidP="007E4700">
      <w:r>
        <w:rPr>
          <w:sz w:val="20"/>
        </w:rPr>
        <w:t>Il proponente allega la documentazione prevista dall’art. 8 dell’Avviso e dalla scheda tecnica del lotto di riferimento:</w:t>
      </w:r>
    </w:p>
    <w:p w14:paraId="1F3EA9AE" w14:textId="77777777" w:rsidR="007E4700" w:rsidRDefault="007E4700" w:rsidP="007E4700">
      <w:pPr>
        <w:keepNext/>
        <w:spacing w:before="120"/>
      </w:pPr>
      <w:r>
        <w:rPr>
          <w:b/>
          <w:color w:val="000000"/>
          <w:sz w:val="21"/>
        </w:rPr>
        <w:t>A. Documentazione amministrativa</w:t>
      </w:r>
    </w:p>
    <w:p w14:paraId="42004670" w14:textId="77777777" w:rsidR="007E4700" w:rsidRDefault="007E4700" w:rsidP="007E4700">
      <w:pPr>
        <w:spacing w:after="40" w:line="252" w:lineRule="auto"/>
      </w:pPr>
      <w:r>
        <w:rPr>
          <w:sz w:val="20"/>
        </w:rPr>
        <w:t>☐ copia del documento di identità del sottoscrittore in corso di validità;</w:t>
      </w:r>
    </w:p>
    <w:p w14:paraId="1F9B0271" w14:textId="77777777" w:rsidR="007E4700" w:rsidRDefault="007E4700" w:rsidP="007E4700">
      <w:pPr>
        <w:spacing w:after="40" w:line="252" w:lineRule="auto"/>
      </w:pPr>
      <w:r>
        <w:rPr>
          <w:sz w:val="20"/>
        </w:rPr>
        <w:t>☐ visura camerale aggiornata, ove prevista, rilasciata in data non anteriore a sei mesi;</w:t>
      </w:r>
    </w:p>
    <w:p w14:paraId="18B97508" w14:textId="77777777" w:rsidR="007E4700" w:rsidRDefault="007E4700" w:rsidP="007E4700">
      <w:pPr>
        <w:spacing w:after="40" w:line="252" w:lineRule="auto"/>
      </w:pPr>
      <w:r>
        <w:rPr>
          <w:sz w:val="20"/>
        </w:rPr>
        <w:t>☐ eventuale procura o atto di conferimento dei poteri di rappresentanza;</w:t>
      </w:r>
    </w:p>
    <w:p w14:paraId="1DCB6E6D" w14:textId="77777777" w:rsidR="007E4700" w:rsidRDefault="007E4700" w:rsidP="007E4700">
      <w:pPr>
        <w:spacing w:after="40" w:line="252" w:lineRule="auto"/>
      </w:pPr>
      <w:r>
        <w:rPr>
          <w:sz w:val="20"/>
        </w:rPr>
        <w:t>☐ statuto, atto costitutivo o documentazione equipollente, per i soggetti non tenuti all’iscrizione camerale;</w:t>
      </w:r>
    </w:p>
    <w:p w14:paraId="2058201E" w14:textId="77777777" w:rsidR="007E4700" w:rsidRDefault="007E4700" w:rsidP="007E4700">
      <w:pPr>
        <w:spacing w:after="40" w:line="252" w:lineRule="auto"/>
      </w:pPr>
      <w:r>
        <w:rPr>
          <w:sz w:val="20"/>
        </w:rPr>
      </w:r>
      <w:r>
        <w:rPr>
          <w:sz w:val="20"/>
        </w:rPr>
        <w:t>☐ documentazione relativa alla partecipazione congiunta e individuazione del soggetto capofila, ove ricorra;</w:t>
      </w:r>
    </w:p>
    <w:p>
      <w:pPr/>
      <w:r>
        <w:t>☐ Modello B – Dichiarazione di presa visione e accettazione delle condizioni dell’Avviso, debitamente sottoscritto;</w:t>
      </w:r>
    </w:p>
    <w:p>
      <w:pPr/>
      <w:r>
        <w:t>☐ Allegato D – Patto di Integrità e Legalità della procedura, debitamente sottoscritto.</w:t>
      </w:r>
    </w:p>
    <w:p w14:paraId="6FD4F48A" w14:textId="77777777" w:rsidR="007E4700" w:rsidRDefault="007E4700" w:rsidP="007E4700">
      <w:pPr>
        <w:keepNext/>
        <w:spacing w:before="120"/>
      </w:pPr>
      <w:r>
        <w:rPr>
          <w:b/>
          <w:color w:val="000000"/>
          <w:sz w:val="21"/>
        </w:rPr>
        <w:t>B. Proposta tecnico-gestionale (una per ciascun lotto)</w:t>
      </w:r>
    </w:p>
    <w:p w14:paraId="57B64393" w14:textId="715B98F3" w:rsidR="007E4700" w:rsidRDefault="007E4700" w:rsidP="00777F34">
      <w:pPr>
        <w:spacing w:after="40" w:line="252" w:lineRule="auto"/>
        <w:ind w:left="284" w:hanging="284"/>
        <w:jc w:val="both"/>
      </w:pPr>
      <w:r>
        <w:rPr>
          <w:sz w:val="20"/>
        </w:rPr>
      </w:r>
      <w:r w:rsidR="00777F34">
        <w:rPr>
          <w:sz w:val="20"/>
        </w:rPr>
      </w:r>
      <w:r>
        <w:rPr>
          <w:sz w:val="20"/>
        </w:rPr>
      </w:r>
      <w:r>
        <w:rPr>
          <w:sz w:val="20"/>
        </w:rPr>
        <w:t>☐ relazione illustrativa, sottoscritta dal legale rappresentante e dai professionisti eventualmente incaricati, di massimo 30 facciate A4, contenente: descrizione generale della proposta; modalità di utilizzo e valorizzazione dell’area; organizzazione funzionale del parcheggio; numero dei posti auto; eventuali posti riservati; opere e interventi; sistemi di gestione e controllo della sosta; manutenzione ordinaria e straordinaria; eventuali servizi complementari; soluzioni innovative e tecnologiche; misure di sostenibilità ambientale;</w:t>
      </w:r>
    </w:p>
    <w:p w14:paraId="064B388C" w14:textId="5AFB7C39" w:rsidR="007E4700" w:rsidRDefault="007E4700" w:rsidP="007E4700">
      <w:pPr>
        <w:spacing w:after="40" w:line="252" w:lineRule="auto"/>
      </w:pPr>
      <w:r>
        <w:rPr>
          <w:sz w:val="20"/>
        </w:rPr>
        <w:t xml:space="preserve">☐ </w:t>
      </w:r>
      <w:r w:rsidR="00777F34">
        <w:rPr>
          <w:sz w:val="20"/>
        </w:rPr>
        <w:t xml:space="preserve"> </w:t>
      </w:r>
      <w:r>
        <w:rPr>
          <w:sz w:val="20"/>
        </w:rPr>
        <w:t>documentazione tecnica richiesta dalla scheda specifica del lotto di riferimento.</w:t>
      </w:r>
    </w:p>
    <w:p w14:paraId="0EC4F3AE" w14:textId="77777777" w:rsidR="007E4700" w:rsidRDefault="007E4700" w:rsidP="007E4700">
      <w:pPr>
        <w:keepNext/>
        <w:spacing w:before="120"/>
      </w:pPr>
      <w:r>
        <w:rPr>
          <w:b/>
          <w:color w:val="000000"/>
          <w:sz w:val="21"/>
        </w:rPr>
        <w:lastRenderedPageBreak/>
        <w:t>C. Elaborati grafici</w:t>
      </w:r>
    </w:p>
    <w:p w14:paraId="34C5231E" w14:textId="77777777" w:rsidR="007E4700" w:rsidRDefault="007E4700" w:rsidP="007E4700">
      <w:pPr>
        <w:spacing w:after="40" w:line="252" w:lineRule="auto"/>
      </w:pPr>
      <w:r>
        <w:rPr>
          <w:sz w:val="20"/>
        </w:rPr>
        <w:t>☐ planimetria generale dell’area con indicazione degli accessi e dei percorsi di circolazione;</w:t>
      </w:r>
    </w:p>
    <w:p w14:paraId="09E105A0" w14:textId="77777777" w:rsidR="007E4700" w:rsidRDefault="007E4700" w:rsidP="007E4700">
      <w:pPr>
        <w:spacing w:after="40" w:line="252" w:lineRule="auto"/>
      </w:pPr>
      <w:r>
        <w:rPr>
          <w:sz w:val="20"/>
        </w:rPr>
        <w:t>☐ schema distributivo dei posti auto;</w:t>
      </w:r>
    </w:p>
    <w:p w14:paraId="18A188CB" w14:textId="77777777" w:rsidR="007E4700" w:rsidRDefault="007E4700" w:rsidP="007E4700">
      <w:pPr>
        <w:spacing w:after="40" w:line="252" w:lineRule="auto"/>
      </w:pPr>
      <w:r>
        <w:rPr>
          <w:sz w:val="20"/>
        </w:rPr>
        <w:t>☐ eventuali sezioni, prospetti, render o elaborati illustrativi ritenuti utili;</w:t>
      </w:r>
    </w:p>
    <w:p w14:paraId="08099A08" w14:textId="77777777" w:rsidR="007E4700" w:rsidRDefault="007E4700" w:rsidP="007E4700">
      <w:pPr>
        <w:spacing w:after="40" w:line="252" w:lineRule="auto"/>
        <w:rPr>
          <w:sz w:val="20"/>
        </w:rPr>
      </w:pPr>
      <w:r>
        <w:rPr>
          <w:sz w:val="20"/>
        </w:rPr>
        <w:t>☐ documentazione fotografica integrativa.</w:t>
      </w:r>
    </w:p>
    <w:p w14:paraId="40519368" w14:textId="77777777" w:rsidR="00777F34" w:rsidRDefault="00777F34" w:rsidP="007E4700">
      <w:pPr>
        <w:spacing w:after="40" w:line="252" w:lineRule="auto"/>
      </w:pPr>
    </w:p>
    <w:p w14:paraId="7366E6EA" w14:textId="77777777" w:rsidR="007E4700" w:rsidRDefault="007E4700" w:rsidP="007E4700">
      <w:pPr>
        <w:keepNext/>
        <w:spacing w:before="120"/>
      </w:pPr>
      <w:r>
        <w:rPr>
          <w:b/>
          <w:color w:val="000000"/>
          <w:sz w:val="21"/>
        </w:rPr>
        <w:t>D. Relazione di sostenibilità dell’intervento</w:t>
      </w:r>
    </w:p>
    <w:p w14:paraId="4DB5A02F" w14:textId="77777777" w:rsidR="007E4700" w:rsidRDefault="007E4700" w:rsidP="007E4700">
      <w:pPr>
        <w:spacing w:after="40" w:line="252" w:lineRule="auto"/>
      </w:pPr>
      <w:r>
        <w:rPr>
          <w:sz w:val="20"/>
        </w:rPr>
        <w:t>☐ descrizione degli investimenti che si intendono realizzare;</w:t>
      </w:r>
    </w:p>
    <w:p w14:paraId="4BCF0A9B" w14:textId="77777777" w:rsidR="007E4700" w:rsidRDefault="007E4700" w:rsidP="007E4700">
      <w:pPr>
        <w:spacing w:after="40" w:line="252" w:lineRule="auto"/>
      </w:pPr>
      <w:r>
        <w:rPr>
          <w:sz w:val="20"/>
        </w:rPr>
        <w:t>☐ cronoprogramma degli interventi;</w:t>
      </w:r>
    </w:p>
    <w:p w14:paraId="60D6CCD9" w14:textId="77777777" w:rsidR="007E4700" w:rsidRDefault="007E4700" w:rsidP="007E4700">
      <w:pPr>
        <w:spacing w:after="40" w:line="252" w:lineRule="auto"/>
      </w:pPr>
      <w:r>
        <w:rPr>
          <w:sz w:val="20"/>
        </w:rPr>
        <w:t>☐ stima sommaria dei costi;</w:t>
      </w:r>
    </w:p>
    <w:p w14:paraId="2B7D9A4B" w14:textId="77777777" w:rsidR="007E4700" w:rsidRDefault="007E4700" w:rsidP="007E4700">
      <w:pPr>
        <w:spacing w:after="40" w:line="252" w:lineRule="auto"/>
      </w:pPr>
      <w:r>
        <w:rPr>
          <w:sz w:val="20"/>
        </w:rPr>
        <w:t>☐ modalità organizzative previste per la gestione dell’area;</w:t>
      </w:r>
    </w:p>
    <w:p w14:paraId="0C94F396" w14:textId="77777777" w:rsidR="007E4700" w:rsidRDefault="007E4700" w:rsidP="007E4700">
      <w:pPr>
        <w:spacing w:after="40" w:line="252" w:lineRule="auto"/>
        <w:rPr>
          <w:sz w:val="20"/>
        </w:rPr>
      </w:pPr>
      <w:r>
        <w:rPr>
          <w:sz w:val="20"/>
        </w:rPr>
        <w:t>☐ elementi idonei a dimostrare la sostenibilità economica dell’iniziativa.</w:t>
      </w:r>
    </w:p>
    <w:p w14:paraId="12896ED1" w14:textId="77777777" w:rsidR="00777F34" w:rsidRDefault="00777F34" w:rsidP="007E4700">
      <w:pPr>
        <w:spacing w:after="40" w:line="252" w:lineRule="auto"/>
      </w:pPr>
    </w:p>
    <w:p w14:paraId="495167C8" w14:textId="77777777" w:rsidR="007E4700" w:rsidRDefault="007E4700" w:rsidP="007E4700">
      <w:pPr>
        <w:keepNext/>
        <w:spacing w:before="120"/>
      </w:pPr>
      <w:r>
        <w:rPr>
          <w:b/>
          <w:color w:val="000000"/>
          <w:sz w:val="21"/>
        </w:rPr>
        <w:t>E. Dichiarazione di presa visione dello stato dei luoghi</w:t>
      </w:r>
    </w:p>
    <w:p w14:paraId="53073687" w14:textId="08156102" w:rsidR="007E4700" w:rsidRDefault="007E4700" w:rsidP="00777F34">
      <w:pPr>
        <w:spacing w:after="40" w:line="252" w:lineRule="auto"/>
        <w:ind w:left="284" w:hanging="284"/>
        <w:jc w:val="both"/>
        <w:rPr>
          <w:sz w:val="20"/>
        </w:rPr>
      </w:pPr>
      <w:r>
        <w:rPr>
          <w:sz w:val="20"/>
        </w:rPr>
      </w:r>
      <w:r w:rsidR="00777F34">
        <w:rPr>
          <w:sz w:val="20"/>
        </w:rPr>
      </w:r>
      <w:r>
        <w:rPr>
          <w:sz w:val="20"/>
        </w:rPr>
      </w:r>
      <w:proofErr w:type="gramStart"/>
      <w:r>
        <w:rPr>
          <w:sz w:val="20"/>
        </w:rPr>
      </w:r>
      <w:proofErr w:type="gramEnd"/>
      <w:r>
        <w:rPr>
          <w:sz w:val="20"/>
        </w:rPr>
      </w:r>
      <w:r>
        <w:rPr>
          <w:sz w:val="20"/>
        </w:rPr>
        <w:t>☐ dichiarazione resa nella sezione 6 del presente modello, attestante la conoscenza delle caratteristiche dell’area, delle condizioni urbanistiche e territoriali, la compatibilità della proposta con lo stato dei luoghi e l’assunzione degli oneri necessari alla realizzazione e gestione degli interventi.</w:t>
      </w:r>
    </w:p>
    <w:p w14:paraId="5CEBE8CB" w14:textId="77777777" w:rsidR="00777F34" w:rsidRDefault="00777F34" w:rsidP="00777F34">
      <w:pPr>
        <w:spacing w:after="40" w:line="252" w:lineRule="auto"/>
        <w:ind w:left="284" w:hanging="284"/>
        <w:jc w:val="both"/>
      </w:pPr>
    </w:p>
    <w:p w14:paraId="56C3AED6" w14:textId="77777777" w:rsidR="007E4700" w:rsidRDefault="007E4700" w:rsidP="007E4700">
      <w:pPr>
        <w:keepNext/>
        <w:spacing w:before="180"/>
      </w:pPr>
      <w:r>
        <w:rPr>
          <w:b/>
          <w:color w:val="1F4E79"/>
          <w:sz w:val="24"/>
        </w:rPr>
        <w:t>9. RICHIAMO ALLA DOCUMENTAZIONE TECNICA SPECIFICA DEI LOTTI</w:t>
      </w:r>
    </w:p>
    <w:p w14:paraId="2C1720C2" w14:textId="77777777" w:rsidR="007E4700" w:rsidRDefault="007E4700" w:rsidP="007E4700">
      <w:r>
        <w:t>La seguente tabella ha esclusiva funzione di controllo documentale e riproduce gli elaborati espressamente richiesti dalle schede tecniche allegate all’Avviso. Devono essere prodotti soltanto gli elaborati riferiti al lotto o ai lotti selezionati.</w:t>
      </w:r>
    </w:p>
    <w:p w14:paraId="0E50843A" w14:textId="77777777" w:rsidR="007E4700" w:rsidRDefault="007E4700" w:rsidP="007E4700">
      <w:pPr>
        <w:keepNext/>
        <w:spacing w:before="120"/>
      </w:pPr>
      <w:r>
        <w:rPr>
          <w:b/>
          <w:color w:val="000000"/>
          <w:sz w:val="21"/>
        </w:rPr>
        <w:t xml:space="preserve">Lotto 1 – </w:t>
      </w:r>
      <w:proofErr w:type="spellStart"/>
      <w:r>
        <w:rPr>
          <w:b/>
          <w:color w:val="000000"/>
          <w:sz w:val="21"/>
        </w:rPr>
        <w:t>Fg</w:t>
      </w:r>
      <w:proofErr w:type="spellEnd"/>
      <w:r>
        <w:rPr>
          <w:b/>
          <w:color w:val="000000"/>
          <w:sz w:val="21"/>
        </w:rPr>
        <w:t xml:space="preserve">. 201, </w:t>
      </w:r>
      <w:proofErr w:type="spellStart"/>
      <w:r>
        <w:rPr>
          <w:b/>
          <w:color w:val="000000"/>
          <w:sz w:val="21"/>
        </w:rPr>
        <w:t>P.lla</w:t>
      </w:r>
      <w:proofErr w:type="spellEnd"/>
      <w:r>
        <w:rPr>
          <w:b/>
          <w:color w:val="000000"/>
          <w:sz w:val="21"/>
        </w:rPr>
        <w:t xml:space="preserve"> 225</w:t>
      </w:r>
    </w:p>
    <w:p w14:paraId="41ED5F11" w14:textId="77777777" w:rsidR="007E4700" w:rsidRDefault="007E4700" w:rsidP="007E4700">
      <w:pPr>
        <w:spacing w:after="40" w:line="252" w:lineRule="auto"/>
        <w:ind w:left="312"/>
      </w:pPr>
      <w:r>
        <w:rPr>
          <w:sz w:val="20"/>
        </w:rPr>
        <w:t>☐ relazione tecnico-illustrativa dell’intervento</w:t>
      </w:r>
    </w:p>
    <w:p w14:paraId="4A64D948" w14:textId="77777777" w:rsidR="007E4700" w:rsidRDefault="007E4700" w:rsidP="00777F34">
      <w:pPr>
        <w:spacing w:after="40" w:line="252" w:lineRule="auto"/>
        <w:ind w:left="567" w:hanging="255"/>
      </w:pPr>
      <w:r>
        <w:rPr>
          <w:sz w:val="20"/>
        </w:rPr>
        <w:t>☐ planimetria dello stato di fatto con individuazione della particella e delle porzioni effettivamente utilizzabili</w:t>
      </w:r>
    </w:p>
    <w:p w14:paraId="19F06B49" w14:textId="77777777" w:rsidR="007E4700" w:rsidRDefault="007E4700" w:rsidP="007E4700">
      <w:pPr>
        <w:spacing w:after="40" w:line="252" w:lineRule="auto"/>
        <w:ind w:left="312"/>
      </w:pPr>
      <w:r>
        <w:rPr>
          <w:sz w:val="20"/>
        </w:rPr>
        <w:t>☐ planimetria di progetto con accessi, uscite, stalli, viabilità interna, percorsi pedonali e aree di manovra</w:t>
      </w:r>
    </w:p>
    <w:p w14:paraId="375097FA" w14:textId="77777777" w:rsidR="007E4700" w:rsidRDefault="007E4700" w:rsidP="007E4700">
      <w:pPr>
        <w:spacing w:after="40" w:line="252" w:lineRule="auto"/>
        <w:ind w:left="312"/>
      </w:pPr>
      <w:r>
        <w:rPr>
          <w:sz w:val="20"/>
        </w:rPr>
        <w:t>☐ relazione sui materiali impiegati e sul grado di permeabilità delle superfici</w:t>
      </w:r>
    </w:p>
    <w:p w14:paraId="29E31E19" w14:textId="77777777" w:rsidR="007E4700" w:rsidRDefault="007E4700" w:rsidP="007E4700">
      <w:pPr>
        <w:spacing w:after="40" w:line="252" w:lineRule="auto"/>
        <w:ind w:left="312"/>
      </w:pPr>
      <w:r>
        <w:rPr>
          <w:sz w:val="20"/>
        </w:rPr>
        <w:t>☐ relazione sulla reversibilità dell’intervento e sulle modalità di ripristino finale</w:t>
      </w:r>
    </w:p>
    <w:p w14:paraId="09067B7A" w14:textId="77777777" w:rsidR="007E4700" w:rsidRDefault="007E4700" w:rsidP="007E4700">
      <w:pPr>
        <w:spacing w:after="40" w:line="252" w:lineRule="auto"/>
        <w:ind w:left="312"/>
      </w:pPr>
      <w:r>
        <w:rPr>
          <w:sz w:val="20"/>
        </w:rPr>
        <w:t>☐ documentazione fotografica dello stato dei luoghi</w:t>
      </w:r>
    </w:p>
    <w:p w14:paraId="58BBBB5B" w14:textId="77777777" w:rsidR="007E4700" w:rsidRDefault="007E4700" w:rsidP="007E4700">
      <w:pPr>
        <w:spacing w:after="40" w:line="252" w:lineRule="auto"/>
        <w:ind w:left="312"/>
      </w:pPr>
      <w:r>
        <w:rPr>
          <w:sz w:val="20"/>
        </w:rPr>
        <w:t>☐ cronoprogramma di allestimento, gestione e rimozione</w:t>
      </w:r>
    </w:p>
    <w:p w14:paraId="350F6934" w14:textId="77777777" w:rsidR="007E4700" w:rsidRDefault="007E4700" w:rsidP="007E4700">
      <w:pPr>
        <w:spacing w:after="40" w:line="252" w:lineRule="auto"/>
        <w:ind w:left="312"/>
      </w:pPr>
      <w:r>
        <w:rPr>
          <w:sz w:val="20"/>
        </w:rPr>
        <w:t>☐ piano di manutenzione ordinaria e straordinaria</w:t>
      </w:r>
    </w:p>
    <w:p w14:paraId="2B43ACE2" w14:textId="77777777" w:rsidR="007E4700" w:rsidRDefault="007E4700" w:rsidP="007E4700">
      <w:pPr>
        <w:spacing w:after="40" w:line="252" w:lineRule="auto"/>
        <w:ind w:left="312"/>
      </w:pPr>
      <w:r>
        <w:rPr>
          <w:sz w:val="20"/>
        </w:rPr>
        <w:t>☐ quadro economico sintetico degli interventi</w:t>
      </w:r>
    </w:p>
    <w:p w14:paraId="5E4C2E65" w14:textId="77777777" w:rsidR="007E4700" w:rsidRDefault="007E4700" w:rsidP="007E4700">
      <w:pPr>
        <w:spacing w:after="40" w:line="252" w:lineRule="auto"/>
        <w:ind w:left="312"/>
        <w:rPr>
          <w:sz w:val="20"/>
        </w:rPr>
      </w:pPr>
      <w:r>
        <w:rPr>
          <w:sz w:val="20"/>
        </w:rPr>
        <w:t>☐ dichiarazione di impegno all’acquisizione di pareri, nulla osta, autorizzazioni e atti di assenso necessari</w:t>
      </w:r>
    </w:p>
    <w:p w14:paraId="5576EC10" w14:textId="77777777" w:rsidR="00777F34" w:rsidRDefault="00777F34" w:rsidP="00777F34">
      <w:pPr>
        <w:spacing w:after="40" w:line="252" w:lineRule="auto"/>
        <w:ind w:left="312"/>
      </w:pPr>
      <w:r>
        <w:rPr>
          <w:sz w:val="20"/>
        </w:rPr>
        <w:t>☐ dichiarazione di impegno al ripristino finale dell’area</w:t>
      </w:r>
    </w:p>
    <w:p w14:paraId="0FD76629" w14:textId="77777777" w:rsidR="00777F34" w:rsidRDefault="00777F34" w:rsidP="007E4700">
      <w:pPr>
        <w:spacing w:after="40" w:line="252" w:lineRule="auto"/>
        <w:ind w:left="312"/>
      </w:pPr>
    </w:p>
    <w:p w14:paraId="6DDF7E6D" w14:textId="77777777" w:rsidR="00777F34" w:rsidRDefault="00777F34" w:rsidP="007E4700">
      <w:pPr>
        <w:keepNext/>
        <w:spacing w:before="120"/>
        <w:rPr>
          <w:b/>
          <w:color w:val="000000"/>
          <w:sz w:val="21"/>
        </w:rPr>
      </w:pPr>
    </w:p>
    <w:p w14:paraId="2B9CBFCB" w14:textId="475047CE" w:rsidR="007E4700" w:rsidRDefault="007E4700" w:rsidP="007E4700">
      <w:pPr>
        <w:keepNext/>
        <w:spacing w:before="120"/>
      </w:pPr>
      <w:r>
        <w:rPr>
          <w:b/>
          <w:color w:val="000000"/>
          <w:sz w:val="21"/>
        </w:rPr>
        <w:t xml:space="preserve">Lotto 2 – </w:t>
      </w:r>
      <w:proofErr w:type="spellStart"/>
      <w:r>
        <w:rPr>
          <w:b/>
          <w:color w:val="000000"/>
          <w:sz w:val="21"/>
        </w:rPr>
        <w:t>Fg</w:t>
      </w:r>
      <w:proofErr w:type="spellEnd"/>
      <w:r>
        <w:rPr>
          <w:b/>
          <w:color w:val="000000"/>
          <w:sz w:val="21"/>
        </w:rPr>
        <w:t xml:space="preserve">. 253, </w:t>
      </w:r>
      <w:proofErr w:type="spellStart"/>
      <w:r>
        <w:rPr>
          <w:b/>
          <w:color w:val="000000"/>
          <w:sz w:val="21"/>
        </w:rPr>
        <w:t>P.lla</w:t>
      </w:r>
      <w:proofErr w:type="spellEnd"/>
      <w:r>
        <w:rPr>
          <w:b/>
          <w:color w:val="000000"/>
          <w:sz w:val="21"/>
        </w:rPr>
        <w:t xml:space="preserve"> 787/parte</w:t>
      </w:r>
    </w:p>
    <w:p w14:paraId="3776A630" w14:textId="77777777" w:rsidR="007E4700" w:rsidRDefault="007E4700" w:rsidP="007E4700">
      <w:pPr>
        <w:spacing w:after="40" w:line="252" w:lineRule="auto"/>
        <w:ind w:left="312"/>
      </w:pPr>
      <w:r>
        <w:rPr>
          <w:sz w:val="20"/>
        </w:rPr>
        <w:t>☐ relazione tecnico-illustrativa dell’intervento</w:t>
      </w:r>
    </w:p>
    <w:p w14:paraId="5DD2584D" w14:textId="77777777" w:rsidR="007E4700" w:rsidRDefault="007E4700" w:rsidP="00777F34">
      <w:pPr>
        <w:spacing w:after="40" w:line="252" w:lineRule="auto"/>
        <w:ind w:left="426" w:hanging="114"/>
      </w:pPr>
      <w:r>
        <w:rPr>
          <w:sz w:val="20"/>
        </w:rPr>
        <w:lastRenderedPageBreak/>
        <w:t>☐ planimetria dello stato di fatto con individuazione della particella e delle porzioni effettivamente utilizzabili</w:t>
      </w:r>
    </w:p>
    <w:p w14:paraId="69926C25" w14:textId="77777777" w:rsidR="007E4700" w:rsidRDefault="007E4700" w:rsidP="00777F34">
      <w:pPr>
        <w:spacing w:after="40" w:line="252" w:lineRule="auto"/>
        <w:ind w:left="567" w:hanging="255"/>
      </w:pPr>
      <w:r>
        <w:rPr>
          <w:sz w:val="20"/>
        </w:rPr>
        <w:t>☐ planimetria di progetto con accessi, uscite, stalli, viabilità interna, percorsi pedonali, aree di manovra e spazi accessori</w:t>
      </w:r>
    </w:p>
    <w:p w14:paraId="314BB00B" w14:textId="77777777" w:rsidR="007E4700" w:rsidRDefault="007E4700" w:rsidP="00777F34">
      <w:pPr>
        <w:spacing w:after="40" w:line="252" w:lineRule="auto"/>
        <w:ind w:left="567" w:hanging="255"/>
      </w:pPr>
      <w:r>
        <w:rPr>
          <w:sz w:val="20"/>
        </w:rPr>
        <w:t>☐ verifica delle porzioni destinate a parcheggio, viabilità, parchi/giochi/sport e fascia di rispetto del nastro stradale</w:t>
      </w:r>
    </w:p>
    <w:p w14:paraId="3FAD5F5A" w14:textId="77777777" w:rsidR="007E4700" w:rsidRDefault="007E4700" w:rsidP="00777F34">
      <w:pPr>
        <w:spacing w:after="40" w:line="252" w:lineRule="auto"/>
        <w:ind w:left="567" w:hanging="255"/>
      </w:pPr>
      <w:r>
        <w:rPr>
          <w:sz w:val="20"/>
        </w:rPr>
        <w:t>☐ relazione viabilistica con analisi degli accessi, della sicurezza della circolazione e delle interferenze con la viabilità esistente</w:t>
      </w:r>
    </w:p>
    <w:p w14:paraId="792FD2DD" w14:textId="77777777" w:rsidR="007E4700" w:rsidRDefault="007E4700" w:rsidP="007E4700">
      <w:pPr>
        <w:spacing w:after="40" w:line="252" w:lineRule="auto"/>
        <w:ind w:left="312"/>
      </w:pPr>
      <w:r>
        <w:rPr>
          <w:sz w:val="20"/>
        </w:rPr>
        <w:t>☐ relazione sui materiali, permeabilità, reversibilità e ripristino finale</w:t>
      </w:r>
    </w:p>
    <w:p w14:paraId="3AB959F4" w14:textId="77777777" w:rsidR="007E4700" w:rsidRDefault="007E4700" w:rsidP="007E4700">
      <w:pPr>
        <w:spacing w:after="40" w:line="252" w:lineRule="auto"/>
        <w:ind w:left="312"/>
      </w:pPr>
      <w:r>
        <w:rPr>
          <w:sz w:val="20"/>
        </w:rPr>
        <w:t>☐ documentazione fotografica dello stato dei luoghi</w:t>
      </w:r>
    </w:p>
    <w:p w14:paraId="73BCAE3E" w14:textId="77777777" w:rsidR="007E4700" w:rsidRDefault="007E4700" w:rsidP="007E4700">
      <w:pPr>
        <w:spacing w:after="40" w:line="252" w:lineRule="auto"/>
        <w:ind w:left="312"/>
      </w:pPr>
      <w:r>
        <w:rPr>
          <w:sz w:val="20"/>
        </w:rPr>
        <w:t>☐ cronoprogramma di allestimento, gestione e rimozione</w:t>
      </w:r>
    </w:p>
    <w:p w14:paraId="2875811A" w14:textId="77777777" w:rsidR="007E4700" w:rsidRDefault="007E4700" w:rsidP="007E4700">
      <w:pPr>
        <w:spacing w:after="40" w:line="252" w:lineRule="auto"/>
        <w:ind w:left="312"/>
      </w:pPr>
      <w:r>
        <w:rPr>
          <w:sz w:val="20"/>
        </w:rPr>
        <w:t>☐ piano di manutenzione ordinaria e straordinaria</w:t>
      </w:r>
    </w:p>
    <w:p w14:paraId="3EE69099" w14:textId="77777777" w:rsidR="007E4700" w:rsidRDefault="007E4700" w:rsidP="007E4700">
      <w:pPr>
        <w:spacing w:after="40" w:line="252" w:lineRule="auto"/>
        <w:ind w:left="312"/>
      </w:pPr>
      <w:r>
        <w:rPr>
          <w:sz w:val="20"/>
        </w:rPr>
        <w:t>☐ quadro economico sintetico degli interventi</w:t>
      </w:r>
    </w:p>
    <w:p w14:paraId="2E46025E" w14:textId="77777777" w:rsidR="007E4700" w:rsidRDefault="007E4700" w:rsidP="00777F34">
      <w:pPr>
        <w:spacing w:after="40" w:line="252" w:lineRule="auto"/>
        <w:ind w:left="567" w:hanging="255"/>
        <w:rPr>
          <w:sz w:val="20"/>
        </w:rPr>
      </w:pPr>
      <w:r>
        <w:rPr>
          <w:sz w:val="20"/>
        </w:rPr>
        <w:t>☐ dichiarazione di impegno all’acquisizione di pareri, nulla osta, autorizzazioni e atti di assenso necessari</w:t>
      </w:r>
    </w:p>
    <w:p w14:paraId="346EC2DE" w14:textId="77777777" w:rsidR="00777F34" w:rsidRDefault="00777F34" w:rsidP="00777F34">
      <w:pPr>
        <w:spacing w:after="40" w:line="252" w:lineRule="auto"/>
        <w:ind w:left="312"/>
      </w:pPr>
      <w:r>
        <w:rPr>
          <w:sz w:val="20"/>
        </w:rPr>
        <w:t>☐ dichiarazione di impegno al ripristino finale dell’area</w:t>
      </w:r>
    </w:p>
    <w:p w14:paraId="310C0028" w14:textId="77777777" w:rsidR="00777F34" w:rsidRDefault="00777F34" w:rsidP="00777F34">
      <w:pPr>
        <w:spacing w:after="40" w:line="252" w:lineRule="auto"/>
        <w:ind w:left="567" w:hanging="255"/>
      </w:pPr>
    </w:p>
    <w:p w14:paraId="1598F318" w14:textId="77777777" w:rsidR="00777F34" w:rsidRDefault="00777F34" w:rsidP="007E4700">
      <w:pPr>
        <w:keepNext/>
        <w:spacing w:before="120"/>
        <w:rPr>
          <w:b/>
          <w:color w:val="000000"/>
          <w:sz w:val="21"/>
        </w:rPr>
      </w:pPr>
    </w:p>
    <w:p w14:paraId="4ED5A03F" w14:textId="6FD33B5B" w:rsidR="007E4700" w:rsidRDefault="007E4700" w:rsidP="007E4700">
      <w:pPr>
        <w:keepNext/>
        <w:spacing w:before="120"/>
      </w:pPr>
      <w:r>
        <w:rPr>
          <w:b/>
          <w:color w:val="000000"/>
          <w:sz w:val="21"/>
        </w:rPr>
        <w:t xml:space="preserve">Lotto 3 – </w:t>
      </w:r>
      <w:proofErr w:type="spellStart"/>
      <w:r>
        <w:rPr>
          <w:b/>
          <w:color w:val="000000"/>
          <w:sz w:val="21"/>
        </w:rPr>
        <w:t>Fg</w:t>
      </w:r>
      <w:proofErr w:type="spellEnd"/>
      <w:r>
        <w:rPr>
          <w:b/>
          <w:color w:val="000000"/>
          <w:sz w:val="21"/>
        </w:rPr>
        <w:t xml:space="preserve">. 258, </w:t>
      </w:r>
      <w:proofErr w:type="spellStart"/>
      <w:r>
        <w:rPr>
          <w:b/>
          <w:color w:val="000000"/>
          <w:sz w:val="21"/>
        </w:rPr>
        <w:t>P.lla</w:t>
      </w:r>
      <w:proofErr w:type="spellEnd"/>
      <w:r>
        <w:rPr>
          <w:b/>
          <w:color w:val="000000"/>
          <w:sz w:val="21"/>
        </w:rPr>
        <w:t xml:space="preserve"> 667</w:t>
      </w:r>
    </w:p>
    <w:p w14:paraId="74717164" w14:textId="77777777" w:rsidR="007E4700" w:rsidRDefault="007E4700" w:rsidP="007E4700">
      <w:pPr>
        <w:spacing w:after="40" w:line="252" w:lineRule="auto"/>
        <w:ind w:left="312"/>
      </w:pPr>
      <w:r>
        <w:rPr>
          <w:sz w:val="20"/>
        </w:rPr>
        <w:t>☐ relazione tecnico-illustrativa dell’intervento</w:t>
      </w:r>
    </w:p>
    <w:p w14:paraId="3F1807BC" w14:textId="77777777" w:rsidR="007E4700" w:rsidRDefault="007E4700" w:rsidP="007E4700">
      <w:pPr>
        <w:spacing w:after="40" w:line="252" w:lineRule="auto"/>
        <w:ind w:left="312"/>
      </w:pPr>
      <w:r>
        <w:rPr>
          <w:sz w:val="20"/>
        </w:rPr>
        <w:t>☐ planimetria generale dello stato di fatto</w:t>
      </w:r>
    </w:p>
    <w:p w14:paraId="17ED7B42" w14:textId="77777777" w:rsidR="007E4700" w:rsidRDefault="007E4700" w:rsidP="007E4700">
      <w:pPr>
        <w:spacing w:after="40" w:line="252" w:lineRule="auto"/>
        <w:ind w:left="312"/>
      </w:pPr>
      <w:r>
        <w:rPr>
          <w:sz w:val="20"/>
        </w:rPr>
        <w:t>☐ planimetria di progetto con accessi, uscite, viabilità interna, stalli, percorsi pedonali e aree di manovra</w:t>
      </w:r>
    </w:p>
    <w:p w14:paraId="0C9E6327" w14:textId="77777777" w:rsidR="007E4700" w:rsidRDefault="007E4700" w:rsidP="007E4700">
      <w:pPr>
        <w:spacing w:after="40" w:line="252" w:lineRule="auto"/>
        <w:ind w:left="312"/>
      </w:pPr>
      <w:r>
        <w:rPr>
          <w:sz w:val="20"/>
        </w:rPr>
        <w:t>☐ relazione sulla sicurezza della circolazione e sull’accessibilità veicolare e pedonale</w:t>
      </w:r>
    </w:p>
    <w:p w14:paraId="334E9048" w14:textId="77777777" w:rsidR="007E4700" w:rsidRDefault="007E4700" w:rsidP="007E4700">
      <w:pPr>
        <w:spacing w:after="40" w:line="252" w:lineRule="auto"/>
        <w:ind w:left="312"/>
      </w:pPr>
      <w:r>
        <w:rPr>
          <w:sz w:val="20"/>
        </w:rPr>
        <w:t>☐ cronoprogramma di attivazione del parcheggio</w:t>
      </w:r>
    </w:p>
    <w:p w14:paraId="6801EE13" w14:textId="77777777" w:rsidR="007E4700" w:rsidRDefault="007E4700" w:rsidP="007E4700">
      <w:pPr>
        <w:spacing w:after="40" w:line="252" w:lineRule="auto"/>
        <w:ind w:left="312"/>
      </w:pPr>
      <w:r>
        <w:rPr>
          <w:sz w:val="20"/>
        </w:rPr>
        <w:t>☐ piano di manutenzione e gestione dell’area</w:t>
      </w:r>
    </w:p>
    <w:p w14:paraId="2D173987" w14:textId="77777777" w:rsidR="007E4700" w:rsidRDefault="007E4700" w:rsidP="007E4700">
      <w:pPr>
        <w:spacing w:after="40" w:line="252" w:lineRule="auto"/>
        <w:ind w:left="312"/>
      </w:pPr>
      <w:r>
        <w:rPr>
          <w:sz w:val="20"/>
        </w:rPr>
        <w:t>☐ quadro economico sintetico degli investimenti</w:t>
      </w:r>
    </w:p>
    <w:p w14:paraId="6F06B5B9" w14:textId="77777777" w:rsidR="007E4700" w:rsidRDefault="007E4700" w:rsidP="007E4700">
      <w:pPr>
        <w:spacing w:after="40" w:line="252" w:lineRule="auto"/>
        <w:ind w:left="312"/>
      </w:pPr>
      <w:r>
        <w:rPr>
          <w:sz w:val="20"/>
        </w:rPr>
        <w:t>☐ documentazione fotografica dello stato dei luoghi</w:t>
      </w:r>
    </w:p>
    <w:p w14:paraId="6F76778F" w14:textId="77777777" w:rsidR="007E4700" w:rsidRDefault="007E4700" w:rsidP="007E4700">
      <w:pPr>
        <w:spacing w:after="40" w:line="252" w:lineRule="auto"/>
        <w:ind w:left="312"/>
      </w:pPr>
      <w:r>
        <w:rPr>
          <w:sz w:val="20"/>
        </w:rPr>
        <w:t>☐ dichiarazione di impegno al ripristino finale dell’area</w:t>
      </w:r>
    </w:p>
    <w:p w14:paraId="2ED5A4CF" w14:textId="77777777" w:rsidR="007E4700" w:rsidRDefault="007E4700" w:rsidP="007E4700">
      <w:pPr>
        <w:spacing w:after="40" w:line="252" w:lineRule="auto"/>
        <w:ind w:left="312"/>
        <w:rPr>
          <w:sz w:val="20"/>
        </w:rPr>
      </w:pPr>
      <w:r>
        <w:rPr>
          <w:sz w:val="20"/>
        </w:rPr>
        <w:t>☐ in caso di ampliamento, relazione di compatibilità idraulica redatta da professionista abilitato</w:t>
      </w:r>
    </w:p>
    <w:p w14:paraId="684DA468" w14:textId="77777777" w:rsidR="00777F34" w:rsidRDefault="00777F34" w:rsidP="007E4700">
      <w:pPr>
        <w:spacing w:after="40" w:line="252" w:lineRule="auto"/>
        <w:ind w:left="312"/>
      </w:pPr>
    </w:p>
    <w:p w14:paraId="0A1327D6" w14:textId="77777777" w:rsidR="00777F34" w:rsidRDefault="00777F34" w:rsidP="007E4700">
      <w:pPr>
        <w:keepNext/>
        <w:spacing w:before="120"/>
        <w:rPr>
          <w:b/>
          <w:color w:val="000000"/>
          <w:sz w:val="21"/>
        </w:rPr>
      </w:pPr>
    </w:p>
    <w:p w14:paraId="5520566A" w14:textId="27B29BE3" w:rsidR="007E4700" w:rsidRDefault="007E4700" w:rsidP="007E4700">
      <w:pPr>
        <w:keepNext/>
        <w:spacing w:before="120"/>
      </w:pPr>
      <w:r>
        <w:rPr>
          <w:b/>
          <w:color w:val="000000"/>
          <w:sz w:val="21"/>
        </w:rPr>
        <w:t xml:space="preserve">Lotto 4 – </w:t>
      </w:r>
      <w:proofErr w:type="spellStart"/>
      <w:r>
        <w:rPr>
          <w:b/>
          <w:color w:val="000000"/>
          <w:sz w:val="21"/>
        </w:rPr>
        <w:t>Fg</w:t>
      </w:r>
      <w:proofErr w:type="spellEnd"/>
      <w:r>
        <w:rPr>
          <w:b/>
          <w:color w:val="000000"/>
          <w:sz w:val="21"/>
        </w:rPr>
        <w:t xml:space="preserve">. 264, </w:t>
      </w:r>
      <w:proofErr w:type="spellStart"/>
      <w:r>
        <w:rPr>
          <w:b/>
          <w:color w:val="000000"/>
          <w:sz w:val="21"/>
        </w:rPr>
        <w:t>P.lla</w:t>
      </w:r>
      <w:proofErr w:type="spellEnd"/>
      <w:r>
        <w:rPr>
          <w:b/>
          <w:color w:val="000000"/>
          <w:sz w:val="21"/>
        </w:rPr>
        <w:t xml:space="preserve"> 894</w:t>
      </w:r>
    </w:p>
    <w:p w14:paraId="54A009B5" w14:textId="77777777" w:rsidR="007E4700" w:rsidRDefault="007E4700" w:rsidP="007E4700">
      <w:pPr>
        <w:spacing w:after="40" w:line="252" w:lineRule="auto"/>
        <w:ind w:left="312"/>
      </w:pPr>
      <w:r>
        <w:rPr>
          <w:sz w:val="20"/>
        </w:rPr>
        <w:t>☐ relazione tecnico-illustrativa dell’intervento</w:t>
      </w:r>
    </w:p>
    <w:p w14:paraId="1AA13F7F" w14:textId="77777777" w:rsidR="007E4700" w:rsidRDefault="007E4700" w:rsidP="007E4700">
      <w:pPr>
        <w:spacing w:after="40" w:line="252" w:lineRule="auto"/>
        <w:ind w:left="312"/>
      </w:pPr>
      <w:r>
        <w:rPr>
          <w:sz w:val="20"/>
        </w:rPr>
        <w:t>☐ planimetria dello stato di fatto con individuazione della particella e delle porzioni effettivamente utilizzabili</w:t>
      </w:r>
    </w:p>
    <w:p w14:paraId="370D9D57" w14:textId="77777777" w:rsidR="007E4700" w:rsidRDefault="007E4700" w:rsidP="007E4700">
      <w:pPr>
        <w:spacing w:after="40" w:line="252" w:lineRule="auto"/>
        <w:ind w:left="312"/>
      </w:pPr>
      <w:r>
        <w:rPr>
          <w:sz w:val="20"/>
        </w:rPr>
        <w:t>☐ planimetria di progetto con accessi, uscite, stalli, viabilità interna, percorsi pedonali, aree di manovra e spazi accessori</w:t>
      </w:r>
    </w:p>
    <w:p w14:paraId="2059E0E8" w14:textId="77777777" w:rsidR="007E4700" w:rsidRDefault="007E4700" w:rsidP="007E4700">
      <w:pPr>
        <w:spacing w:after="40" w:line="252" w:lineRule="auto"/>
        <w:ind w:left="312"/>
      </w:pPr>
      <w:r>
        <w:rPr>
          <w:sz w:val="20"/>
        </w:rPr>
        <w:t>☐ relazione viabilistica con analisi degli accessi, della sicurezza della circolazione e delle interferenze con la viabilità esistente e programmata</w:t>
      </w:r>
    </w:p>
    <w:p w14:paraId="3315F701" w14:textId="77777777" w:rsidR="007E4700" w:rsidRDefault="007E4700" w:rsidP="007E4700">
      <w:pPr>
        <w:spacing w:after="40" w:line="252" w:lineRule="auto"/>
        <w:ind w:left="312"/>
      </w:pPr>
      <w:r>
        <w:rPr>
          <w:sz w:val="20"/>
        </w:rPr>
        <w:t>☐ relazione sui materiali impiegati e sul grado di permeabilità delle superfici</w:t>
      </w:r>
    </w:p>
    <w:p w14:paraId="6CB1A938" w14:textId="77777777" w:rsidR="007E4700" w:rsidRDefault="007E4700" w:rsidP="007E4700">
      <w:pPr>
        <w:spacing w:after="40" w:line="252" w:lineRule="auto"/>
        <w:ind w:left="312"/>
      </w:pPr>
      <w:r>
        <w:rPr>
          <w:sz w:val="20"/>
        </w:rPr>
        <w:t>☐ relazione sulla reversibilità dell’intervento e sul ripristino finale</w:t>
      </w:r>
    </w:p>
    <w:p w14:paraId="76B5AA99" w14:textId="77777777" w:rsidR="007E4700" w:rsidRDefault="007E4700" w:rsidP="007E4700">
      <w:pPr>
        <w:spacing w:after="40" w:line="252" w:lineRule="auto"/>
        <w:ind w:left="312"/>
      </w:pPr>
      <w:r>
        <w:rPr>
          <w:sz w:val="20"/>
        </w:rPr>
        <w:t>☐ documentazione fotografica dello stato dei luoghi</w:t>
      </w:r>
    </w:p>
    <w:p w14:paraId="325EA718" w14:textId="77777777" w:rsidR="007E4700" w:rsidRDefault="007E4700" w:rsidP="007E4700">
      <w:pPr>
        <w:spacing w:after="40" w:line="252" w:lineRule="auto"/>
        <w:ind w:left="312"/>
      </w:pPr>
      <w:r>
        <w:rPr>
          <w:sz w:val="20"/>
        </w:rPr>
        <w:lastRenderedPageBreak/>
        <w:t>☐ cronoprogramma di allestimento, gestione e rimozione</w:t>
      </w:r>
    </w:p>
    <w:p w14:paraId="743D12C4" w14:textId="77777777" w:rsidR="007E4700" w:rsidRDefault="007E4700" w:rsidP="007E4700">
      <w:pPr>
        <w:spacing w:after="40" w:line="252" w:lineRule="auto"/>
        <w:ind w:left="312"/>
      </w:pPr>
      <w:r>
        <w:rPr>
          <w:sz w:val="20"/>
        </w:rPr>
        <w:t>☐ piano di manutenzione ordinaria e straordinaria</w:t>
      </w:r>
    </w:p>
    <w:p w14:paraId="6605DB3E" w14:textId="77777777" w:rsidR="007E4700" w:rsidRDefault="007E4700" w:rsidP="007E4700">
      <w:pPr>
        <w:spacing w:after="40" w:line="252" w:lineRule="auto"/>
        <w:ind w:left="312"/>
      </w:pPr>
      <w:r>
        <w:rPr>
          <w:sz w:val="20"/>
        </w:rPr>
        <w:t>☐ quadro economico sintetico degli interventi</w:t>
      </w:r>
    </w:p>
    <w:p w14:paraId="09B8C50D" w14:textId="77777777" w:rsidR="007E4700" w:rsidRDefault="007E4700" w:rsidP="007E4700">
      <w:pPr>
        <w:spacing w:after="40" w:line="252" w:lineRule="auto"/>
        <w:ind w:left="312"/>
      </w:pPr>
      <w:r>
        <w:rPr>
          <w:sz w:val="20"/>
        </w:rPr>
        <w:t>☐ dichiarazione di impegno all’acquisizione di pareri, nulla osta, autorizzazioni e atti di assenso necessari</w:t>
      </w:r>
    </w:p>
    <w:p w14:paraId="106C29F0" w14:textId="77777777" w:rsidR="007E4700" w:rsidRDefault="007E4700" w:rsidP="007E4700">
      <w:pPr>
        <w:spacing w:after="40" w:line="252" w:lineRule="auto"/>
        <w:ind w:left="312"/>
        <w:rPr>
          <w:sz w:val="20"/>
        </w:rPr>
      </w:pPr>
      <w:r>
        <w:rPr>
          <w:sz w:val="20"/>
        </w:rPr>
        <w:t>☐ dichiarazione di accettazione della possibile cessazione anticipata del comodato in caso di avvio degli interventi pubblici programmati</w:t>
      </w:r>
    </w:p>
    <w:p w14:paraId="0D20C344" w14:textId="77777777" w:rsidR="00777F34" w:rsidRDefault="00777F34" w:rsidP="00777F34">
      <w:pPr>
        <w:spacing w:after="40" w:line="252" w:lineRule="auto"/>
        <w:ind w:left="312"/>
      </w:pPr>
      <w:r>
        <w:rPr>
          <w:sz w:val="20"/>
        </w:rPr>
        <w:t>☐ dichiarazione di impegno al ripristino finale dell’area</w:t>
      </w:r>
    </w:p>
    <w:p w14:paraId="7F8ADBD7" w14:textId="77777777" w:rsidR="00777F34" w:rsidRDefault="00777F34" w:rsidP="007E4700">
      <w:pPr>
        <w:spacing w:after="40" w:line="252" w:lineRule="auto"/>
        <w:ind w:left="312"/>
      </w:pPr>
    </w:p>
    <w:p w14:paraId="2091A818" w14:textId="77777777" w:rsidR="007E4700" w:rsidRDefault="007E4700" w:rsidP="007E4700">
      <w:pPr>
        <w:keepNext/>
        <w:spacing w:before="120"/>
      </w:pPr>
      <w:r>
        <w:rPr>
          <w:b/>
          <w:color w:val="000000"/>
          <w:sz w:val="21"/>
        </w:rPr>
        <w:t xml:space="preserve">Lotto 5 – </w:t>
      </w:r>
      <w:proofErr w:type="spellStart"/>
      <w:r>
        <w:rPr>
          <w:b/>
          <w:color w:val="000000"/>
          <w:sz w:val="21"/>
        </w:rPr>
        <w:t>Fg</w:t>
      </w:r>
      <w:proofErr w:type="spellEnd"/>
      <w:r>
        <w:rPr>
          <w:b/>
          <w:color w:val="000000"/>
          <w:sz w:val="21"/>
        </w:rPr>
        <w:t xml:space="preserve">. 298, </w:t>
      </w:r>
      <w:proofErr w:type="spellStart"/>
      <w:r>
        <w:rPr>
          <w:b/>
          <w:color w:val="000000"/>
          <w:sz w:val="21"/>
        </w:rPr>
        <w:t>P.lla</w:t>
      </w:r>
      <w:proofErr w:type="spellEnd"/>
      <w:r>
        <w:rPr>
          <w:b/>
          <w:color w:val="000000"/>
          <w:sz w:val="21"/>
        </w:rPr>
        <w:t xml:space="preserve"> 483</w:t>
      </w:r>
    </w:p>
    <w:p w14:paraId="0EEA5446" w14:textId="77777777" w:rsidR="007E4700" w:rsidRDefault="007E4700" w:rsidP="007E4700">
      <w:pPr>
        <w:spacing w:after="40" w:line="252" w:lineRule="auto"/>
        <w:ind w:left="312"/>
      </w:pPr>
      <w:r>
        <w:rPr>
          <w:sz w:val="20"/>
        </w:rPr>
        <w:t>☐ relazione tecnico-illustrativa dell’intervento</w:t>
      </w:r>
    </w:p>
    <w:p w14:paraId="4EAFB3B5" w14:textId="77777777" w:rsidR="007E4700" w:rsidRDefault="007E4700" w:rsidP="007E4700">
      <w:pPr>
        <w:spacing w:after="40" w:line="252" w:lineRule="auto"/>
        <w:ind w:left="312"/>
      </w:pPr>
      <w:r>
        <w:rPr>
          <w:sz w:val="20"/>
        </w:rPr>
        <w:t>☐ planimetria dello stato di fatto con perimetrazione catastale e destinazioni urbanistiche insistenti sull’area</w:t>
      </w:r>
    </w:p>
    <w:p w14:paraId="458DFC06" w14:textId="77777777" w:rsidR="007E4700" w:rsidRDefault="007E4700" w:rsidP="007E4700">
      <w:pPr>
        <w:spacing w:after="40" w:line="252" w:lineRule="auto"/>
        <w:ind w:left="312"/>
      </w:pPr>
      <w:r>
        <w:rPr>
          <w:sz w:val="20"/>
        </w:rPr>
        <w:t>☐ planimetria di progetto con accessi, uscite, viabilità interna, stalli, percorsi pedonali, aree di manovra e spazi accessori</w:t>
      </w:r>
    </w:p>
    <w:p w14:paraId="730A40C7" w14:textId="77777777" w:rsidR="007E4700" w:rsidRDefault="007E4700" w:rsidP="007E4700">
      <w:pPr>
        <w:spacing w:after="40" w:line="252" w:lineRule="auto"/>
        <w:ind w:left="312"/>
      </w:pPr>
      <w:r>
        <w:rPr>
          <w:sz w:val="20"/>
        </w:rPr>
        <w:t>☐ relazione sui materiali impiegati e sul grado di permeabilità delle superfici</w:t>
      </w:r>
    </w:p>
    <w:p w14:paraId="6B6400E3" w14:textId="77777777" w:rsidR="007E4700" w:rsidRDefault="007E4700" w:rsidP="007E4700">
      <w:pPr>
        <w:spacing w:after="40" w:line="252" w:lineRule="auto"/>
        <w:ind w:left="312"/>
      </w:pPr>
      <w:r>
        <w:rPr>
          <w:sz w:val="20"/>
        </w:rPr>
        <w:t>☐ relazione sulla reversibilità degli interventi e sulle modalità di ripristino finale</w:t>
      </w:r>
    </w:p>
    <w:p w14:paraId="7682E232" w14:textId="77777777" w:rsidR="007E4700" w:rsidRDefault="007E4700" w:rsidP="007E4700">
      <w:pPr>
        <w:spacing w:after="40" w:line="252" w:lineRule="auto"/>
        <w:ind w:left="312"/>
      </w:pPr>
      <w:r>
        <w:rPr>
          <w:sz w:val="20"/>
        </w:rPr>
        <w:t>☐ documentazione fotografica dello stato dei luoghi</w:t>
      </w:r>
    </w:p>
    <w:p w14:paraId="162CA15C" w14:textId="77777777" w:rsidR="007E4700" w:rsidRDefault="007E4700" w:rsidP="007E4700">
      <w:pPr>
        <w:spacing w:after="40" w:line="252" w:lineRule="auto"/>
        <w:ind w:left="312"/>
      </w:pPr>
      <w:r>
        <w:rPr>
          <w:sz w:val="20"/>
        </w:rPr>
        <w:t>☐ cronoprogramma di allestimento, gestione e rimozione</w:t>
      </w:r>
    </w:p>
    <w:p w14:paraId="49371060" w14:textId="77777777" w:rsidR="007E4700" w:rsidRDefault="007E4700" w:rsidP="007E4700">
      <w:pPr>
        <w:spacing w:after="40" w:line="252" w:lineRule="auto"/>
        <w:ind w:left="312"/>
      </w:pPr>
      <w:r>
        <w:rPr>
          <w:sz w:val="20"/>
        </w:rPr>
        <w:t>☐ piano di manutenzione ordinaria e straordinaria</w:t>
      </w:r>
    </w:p>
    <w:p w14:paraId="607C176D" w14:textId="77777777" w:rsidR="007E4700" w:rsidRDefault="007E4700" w:rsidP="007E4700">
      <w:pPr>
        <w:spacing w:after="40" w:line="252" w:lineRule="auto"/>
        <w:ind w:left="312"/>
      </w:pPr>
      <w:r>
        <w:rPr>
          <w:sz w:val="20"/>
        </w:rPr>
        <w:t>☐ quadro economico sintetico degli interventi</w:t>
      </w:r>
    </w:p>
    <w:p w14:paraId="139BA7A9" w14:textId="77777777" w:rsidR="007E4700" w:rsidRDefault="007E4700" w:rsidP="007E4700">
      <w:pPr>
        <w:spacing w:after="40" w:line="252" w:lineRule="auto"/>
        <w:ind w:left="312"/>
        <w:rPr>
          <w:sz w:val="20"/>
        </w:rPr>
      </w:pPr>
      <w:r>
        <w:rPr>
          <w:sz w:val="20"/>
        </w:rPr>
        <w:t>☐ dichiarazione di impegno all’acquisizione di pareri, nulla osta, autorizzazioni e atti di assenso necessari</w:t>
      </w:r>
    </w:p>
    <w:p w14:paraId="69D15715" w14:textId="77777777" w:rsidR="00777F34" w:rsidRDefault="00777F34" w:rsidP="00777F34">
      <w:pPr>
        <w:spacing w:after="40" w:line="252" w:lineRule="auto"/>
        <w:ind w:left="312"/>
      </w:pPr>
      <w:r>
        <w:rPr>
          <w:sz w:val="20"/>
        </w:rPr>
        <w:t>☐ dichiarazione di impegno al ripristino finale dell’area</w:t>
      </w:r>
    </w:p>
    <w:p w14:paraId="53CFE6AD" w14:textId="77777777" w:rsidR="00777F34" w:rsidRDefault="00777F34" w:rsidP="007E4700">
      <w:pPr>
        <w:spacing w:after="40" w:line="252" w:lineRule="auto"/>
        <w:ind w:left="312"/>
      </w:pPr>
    </w:p>
    <w:p w14:paraId="557BC9EC" w14:textId="77777777" w:rsidR="007E4700" w:rsidRDefault="007E4700" w:rsidP="007E4700">
      <w:pPr>
        <w:keepNext/>
        <w:spacing w:before="120"/>
      </w:pPr>
      <w:r>
        <w:rPr>
          <w:b/>
          <w:color w:val="000000"/>
          <w:sz w:val="21"/>
        </w:rPr>
        <w:t xml:space="preserve">Lotto 6 – </w:t>
      </w:r>
      <w:proofErr w:type="spellStart"/>
      <w:r>
        <w:rPr>
          <w:b/>
          <w:color w:val="000000"/>
          <w:sz w:val="21"/>
        </w:rPr>
        <w:t>Fg</w:t>
      </w:r>
      <w:proofErr w:type="spellEnd"/>
      <w:r>
        <w:rPr>
          <w:b/>
          <w:color w:val="000000"/>
          <w:sz w:val="21"/>
        </w:rPr>
        <w:t xml:space="preserve">. 303, </w:t>
      </w:r>
      <w:proofErr w:type="spellStart"/>
      <w:r>
        <w:rPr>
          <w:b/>
          <w:color w:val="000000"/>
          <w:sz w:val="21"/>
        </w:rPr>
        <w:t>P.lla</w:t>
      </w:r>
      <w:proofErr w:type="spellEnd"/>
      <w:r>
        <w:rPr>
          <w:b/>
          <w:color w:val="000000"/>
          <w:sz w:val="21"/>
        </w:rPr>
        <w:t xml:space="preserve"> 737</w:t>
      </w:r>
    </w:p>
    <w:p w14:paraId="08FE402C" w14:textId="77777777" w:rsidR="007E4700" w:rsidRDefault="007E4700" w:rsidP="007E4700">
      <w:pPr>
        <w:spacing w:after="40" w:line="252" w:lineRule="auto"/>
        <w:ind w:left="312"/>
      </w:pPr>
      <w:r>
        <w:rPr>
          <w:sz w:val="20"/>
        </w:rPr>
        <w:t>☐ relazione tecnico-illustrativa dell’intervento</w:t>
      </w:r>
    </w:p>
    <w:p w14:paraId="1CF09EDE" w14:textId="77777777" w:rsidR="007E4700" w:rsidRDefault="007E4700" w:rsidP="007E4700">
      <w:pPr>
        <w:spacing w:after="40" w:line="252" w:lineRule="auto"/>
        <w:ind w:left="312"/>
      </w:pPr>
      <w:r>
        <w:rPr>
          <w:sz w:val="20"/>
        </w:rPr>
        <w:t>☐ planimetria dello stato di fatto con individuazione della particella e delle porzioni effettivamente utilizzabili</w:t>
      </w:r>
    </w:p>
    <w:p w14:paraId="560B7E0B" w14:textId="77777777" w:rsidR="007E4700" w:rsidRDefault="007E4700" w:rsidP="007E4700">
      <w:pPr>
        <w:spacing w:after="40" w:line="252" w:lineRule="auto"/>
        <w:ind w:left="312"/>
      </w:pPr>
      <w:r>
        <w:rPr>
          <w:sz w:val="20"/>
        </w:rPr>
        <w:t>☐ planimetria di progetto con accessi, uscite, stalli, viabilità interna, percorsi pedonali, aree di manovra e spazi accessori</w:t>
      </w:r>
    </w:p>
    <w:p w14:paraId="11EF4C35" w14:textId="77777777" w:rsidR="007E4700" w:rsidRDefault="007E4700" w:rsidP="007E4700">
      <w:pPr>
        <w:spacing w:after="40" w:line="252" w:lineRule="auto"/>
        <w:ind w:left="312"/>
      </w:pPr>
      <w:r>
        <w:rPr>
          <w:sz w:val="20"/>
        </w:rPr>
        <w:t>☐ relazione viabilistica con analisi degli accessi, della sicurezza della circolazione e delle interferenze con la viabilità esistente</w:t>
      </w:r>
    </w:p>
    <w:p w14:paraId="244B496C" w14:textId="77777777" w:rsidR="007E4700" w:rsidRDefault="007E4700" w:rsidP="007E4700">
      <w:pPr>
        <w:spacing w:after="40" w:line="252" w:lineRule="auto"/>
        <w:ind w:left="312"/>
      </w:pPr>
      <w:r>
        <w:rPr>
          <w:sz w:val="20"/>
        </w:rPr>
        <w:t>☐ relazione sui materiali impiegati e sul grado di permeabilità delle superfici</w:t>
      </w:r>
    </w:p>
    <w:p w14:paraId="774C889A" w14:textId="77777777" w:rsidR="007E4700" w:rsidRDefault="007E4700" w:rsidP="007E4700">
      <w:pPr>
        <w:spacing w:after="40" w:line="252" w:lineRule="auto"/>
        <w:ind w:left="312"/>
      </w:pPr>
      <w:r>
        <w:rPr>
          <w:sz w:val="20"/>
        </w:rPr>
        <w:t>☐ relazione sulla reversibilità dell’intervento e sulle modalità di ripristino finale</w:t>
      </w:r>
    </w:p>
    <w:p w14:paraId="4E216A04" w14:textId="77777777" w:rsidR="007E4700" w:rsidRDefault="007E4700" w:rsidP="007E4700">
      <w:pPr>
        <w:spacing w:after="40" w:line="252" w:lineRule="auto"/>
        <w:ind w:left="312"/>
      </w:pPr>
      <w:r>
        <w:rPr>
          <w:sz w:val="20"/>
        </w:rPr>
        <w:t>☐ documentazione fotografica dello stato dei luoghi</w:t>
      </w:r>
    </w:p>
    <w:p w14:paraId="72ECEED8" w14:textId="77777777" w:rsidR="007E4700" w:rsidRDefault="007E4700" w:rsidP="007E4700">
      <w:pPr>
        <w:spacing w:after="40" w:line="252" w:lineRule="auto"/>
        <w:ind w:left="312"/>
      </w:pPr>
      <w:r>
        <w:rPr>
          <w:sz w:val="20"/>
        </w:rPr>
        <w:t>☐ cronoprogramma di allestimento, gestione e rimozione</w:t>
      </w:r>
    </w:p>
    <w:p w14:paraId="0693DB0B" w14:textId="77777777" w:rsidR="007E4700" w:rsidRDefault="007E4700" w:rsidP="007E4700">
      <w:pPr>
        <w:spacing w:after="40" w:line="252" w:lineRule="auto"/>
        <w:ind w:left="312"/>
      </w:pPr>
      <w:r>
        <w:rPr>
          <w:sz w:val="20"/>
        </w:rPr>
        <w:t>☐ piano di manutenzione ordinaria e straordinaria</w:t>
      </w:r>
    </w:p>
    <w:p w14:paraId="7146F129" w14:textId="77777777" w:rsidR="007E4700" w:rsidRDefault="007E4700" w:rsidP="007E4700">
      <w:pPr>
        <w:spacing w:after="40" w:line="252" w:lineRule="auto"/>
        <w:ind w:left="312"/>
      </w:pPr>
      <w:r>
        <w:rPr>
          <w:sz w:val="20"/>
        </w:rPr>
        <w:t>☐ quadro economico sintetico degli interventi</w:t>
      </w:r>
    </w:p>
    <w:p w14:paraId="499EACA0" w14:textId="77777777" w:rsidR="007E4700" w:rsidRDefault="007E4700" w:rsidP="007E4700">
      <w:pPr>
        <w:spacing w:after="40" w:line="252" w:lineRule="auto"/>
        <w:ind w:left="312"/>
        <w:rPr>
          <w:sz w:val="20"/>
        </w:rPr>
      </w:pPr>
      <w:r>
        <w:rPr>
          <w:sz w:val="20"/>
        </w:rPr>
        <w:t>☐ dichiarazione di impegno all’acquisizione di pareri, nulla osta, autorizzazioni e atti di assenso necessari</w:t>
      </w:r>
    </w:p>
    <w:p w14:paraId="68076986" w14:textId="77777777" w:rsidR="00777F34" w:rsidRDefault="00777F34" w:rsidP="00777F34">
      <w:pPr>
        <w:spacing w:after="40" w:line="252" w:lineRule="auto"/>
        <w:ind w:left="312"/>
      </w:pPr>
      <w:r>
        <w:rPr>
          <w:sz w:val="20"/>
        </w:rPr>
        <w:t>☐ dichiarazione di impegno al ripristino finale dell’area</w:t>
      </w:r>
    </w:p>
    <w:p w14:paraId="5ED33790" w14:textId="77777777" w:rsidR="00777F34" w:rsidRDefault="00777F34" w:rsidP="007E4700">
      <w:pPr>
        <w:spacing w:after="40" w:line="252" w:lineRule="auto"/>
        <w:ind w:left="312"/>
      </w:pPr>
    </w:p>
    <w:p w14:paraId="67516458" w14:textId="77777777" w:rsidR="007E4700" w:rsidRDefault="007E4700" w:rsidP="007E4700">
      <w:pPr>
        <w:keepNext/>
        <w:spacing w:before="180"/>
      </w:pPr>
      <w:r>
        <w:rPr>
          <w:b/>
          <w:color w:val="1F4E79"/>
          <w:sz w:val="24"/>
        </w:rPr>
        <w:lastRenderedPageBreak/>
        <w:t>10. SOTTOSCRIZIONE</w:t>
      </w:r>
    </w:p>
    <w:p w14:paraId="3883653A" w14:textId="77777777" w:rsidR="007E4700" w:rsidRDefault="007E4700" w:rsidP="007E4700">
      <w:r>
        <w:rPr>
          <w:sz w:val="20"/>
        </w:rPr>
        <w:t>Il sottoscritto dichiara che le informazioni fornite e la documentazione allegata sono veritiere e autorizza il Comune di Taranto a effettuare le verifiche previste dall’Avviso e dalla normativa vigente.</w:t>
      </w:r>
    </w:p>
    <w:p w14:paraId="5AC0F8F2" w14:textId="77777777" w:rsidR="00777F34" w:rsidRDefault="00777F34" w:rsidP="007E4700">
      <w:pPr>
        <w:spacing w:after="40" w:line="240" w:lineRule="auto"/>
        <w:rPr>
          <w:b/>
          <w:sz w:val="20"/>
        </w:rPr>
      </w:pPr>
    </w:p>
    <w:p w14:paraId="23CF3312" w14:textId="7F682E31" w:rsidR="007E4700" w:rsidRDefault="007E4700" w:rsidP="007E4700">
      <w:pPr>
        <w:spacing w:after="40" w:line="240" w:lineRule="auto"/>
      </w:pPr>
      <w:r>
        <w:rPr>
          <w:b/>
          <w:sz w:val="20"/>
        </w:rPr>
        <w:t xml:space="preserve">Luogo e data </w:t>
      </w:r>
      <w:r>
        <w:rPr>
          <w:sz w:val="20"/>
        </w:rPr>
        <w:t>____________________________________________________________</w:t>
      </w:r>
    </w:p>
    <w:p w14:paraId="5EE6FA93" w14:textId="77777777" w:rsidR="007E4700" w:rsidRDefault="007E4700" w:rsidP="007E4700">
      <w:pPr>
        <w:spacing w:before="200"/>
        <w:jc w:val="right"/>
      </w:pPr>
      <w:r>
        <w:rPr>
          <w:b/>
          <w:sz w:val="20"/>
        </w:rPr>
        <w:t>Il legale rappresentante / soggetto munito di poteri</w:t>
      </w:r>
      <w:r>
        <w:rPr>
          <w:b/>
          <w:sz w:val="20"/>
        </w:rPr>
        <w:br/>
      </w:r>
      <w:r>
        <w:rPr>
          <w:b/>
          <w:sz w:val="20"/>
        </w:rPr>
        <w:br/>
        <w:t>________________________________________</w:t>
      </w:r>
    </w:p>
    <w:p w14:paraId="5E27CCB7" w14:textId="77777777" w:rsidR="007E4700" w:rsidRDefault="007E4700" w:rsidP="007E4700">
      <w:pPr>
        <w:spacing w:before="160"/>
      </w:pPr>
      <w:r>
        <w:rPr>
          <w:i/>
          <w:sz w:val="17"/>
        </w:rPr>
        <w:t>La domanda deve essere sottoscritta dal legale rappresentante o da altro soggetto munito dei necessari poteri di rappresentanza. In caso di sottoscrizione autografa deve essere allegata copia del documento di identità in corso di validità.</w:t>
      </w:r>
    </w:p>
    <w:sectPr w:rsidR="00D87EE3" w:rsidSect="00714734">
      <w:headerReference w:type="default" r:id="rId8"/>
      <w:footerReference w:type="default" r:id="rId9"/>
      <w:pgSz w:w="11906" w:h="16838"/>
      <w:pgMar w:top="2410" w:right="1134" w:bottom="1134" w:left="1134" w:header="34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8ABBE" w14:textId="77777777" w:rsidR="000354FE" w:rsidRDefault="000354FE">
      <w:pPr>
        <w:spacing w:after="0" w:line="240" w:lineRule="auto"/>
      </w:pPr>
      <w:r>
        <w:separator/>
      </w:r>
    </w:p>
  </w:endnote>
  <w:endnote w:type="continuationSeparator" w:id="0">
    <w:p w14:paraId="3841AA43" w14:textId="77777777" w:rsidR="000354FE" w:rsidRDefault="00035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67188" w14:textId="77777777" w:rsidR="00D87EE3" w:rsidRDefault="00000000">
    <w:pPr>
      <w:pStyle w:val="Pidipagina"/>
      <w:jc w:val="center"/>
    </w:pPr>
    <w:r>
      <w:rPr>
        <w:color w:val="505050"/>
        <w:sz w:val="15"/>
      </w:rPr>
      <w:t>Piazza Pertini n. 4 – 74123 Taranto  |  PEC: urbanistica.comunetaranto@pec.rupar.puglia.it  |  www.comune.taranto.it</w:t>
    </w:r>
  </w:p>
  <w:p w14:paraId="46BE3643" w14:textId="77777777" w:rsidR="00D87EE3" w:rsidRDefault="00000000">
    <w:pPr>
      <w:spacing w:after="0"/>
      <w:jc w:val="right"/>
    </w:pPr>
    <w:r>
      <w:rPr>
        <w:sz w:val="16"/>
      </w:rPr>
      <w:t xml:space="preserve">Pagina </w:t>
    </w:r>
    <w:r>
      <w:fldChar w:fldCharType="begin"/>
    </w:r>
    <w:r>
      <w:instrText>PAGE</w:instrText>
    </w:r>
    <w:r>
      <w:fldChar w:fldCharType="separate"/>
    </w:r>
    <w:r w:rsidR="00714734">
      <w:rPr>
        <w:noProof/>
      </w:rPr>
      <w:t>1</w:t>
    </w:r>
    <w:r>
      <w:fldChar w:fldCharType="end"/>
    </w:r>
    <w:r>
      <w:rPr>
        <w:sz w:val="16"/>
      </w:rPr>
      <w:t xml:space="preserve"> di </w:t>
    </w:r>
    <w:r>
      <w:fldChar w:fldCharType="begin"/>
    </w:r>
    <w:r>
      <w:instrText>NUMPAGES</w:instrText>
    </w:r>
    <w:r>
      <w:fldChar w:fldCharType="separate"/>
    </w:r>
    <w:r w:rsidR="0071473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AF955" w14:textId="77777777" w:rsidR="000354FE" w:rsidRDefault="000354FE">
      <w:pPr>
        <w:spacing w:after="0" w:line="240" w:lineRule="auto"/>
      </w:pPr>
      <w:r>
        <w:separator/>
      </w:r>
    </w:p>
  </w:footnote>
  <w:footnote w:type="continuationSeparator" w:id="0">
    <w:p w14:paraId="17145729" w14:textId="77777777" w:rsidR="000354FE" w:rsidRDefault="00035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9B167" w14:textId="77777777" w:rsidR="00D87EE3" w:rsidRDefault="00D87EE3">
    <w:pPr>
      <w:pStyle w:val="Intestazione"/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1134"/>
      <w:gridCol w:w="8504"/>
    </w:tblGrid>
    <w:tr w:rsidR="00D87EE3" w14:paraId="1A7E6DB0" w14:textId="77777777">
      <w:trPr>
        <w:jc w:val="center"/>
      </w:trPr>
      <w:tc>
        <w:tcPr>
          <w:tcW w:w="1134" w:type="dxa"/>
          <w:tcBorders>
            <w:bottom w:val="single" w:sz="8" w:space="0" w:color="1F4E78"/>
          </w:tcBorders>
          <w:vAlign w:val="center"/>
        </w:tcPr>
        <w:p w14:paraId="6AA76627" w14:textId="77777777" w:rsidR="00D87EE3" w:rsidRDefault="00000000">
          <w:pPr>
            <w:jc w:val="center"/>
          </w:pPr>
          <w:r>
            <w:rPr>
              <w:noProof/>
            </w:rPr>
            <w:drawing>
              <wp:inline distT="0" distB="0" distL="0" distR="0" wp14:anchorId="48B7AC2B" wp14:editId="4954BA92">
                <wp:extent cx="450000" cy="880435"/>
                <wp:effectExtent l="0" t="0" r="0" b="0"/>
                <wp:docPr id="543471978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0000" cy="8804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4" w:type="dxa"/>
          <w:tcBorders>
            <w:bottom w:val="single" w:sz="8" w:space="0" w:color="1F4E78"/>
          </w:tcBorders>
          <w:vAlign w:val="center"/>
        </w:tcPr>
        <w:p w14:paraId="3306C6AD" w14:textId="77777777" w:rsidR="00D87EE3" w:rsidRDefault="00000000">
          <w:pPr>
            <w:spacing w:after="0"/>
          </w:pPr>
          <w:r>
            <w:rPr>
              <w:b/>
              <w:color w:val="1F4E79"/>
              <w:sz w:val="26"/>
            </w:rPr>
            <w:t>COMUNE DI TARANTO</w:t>
          </w:r>
        </w:p>
        <w:p w14:paraId="2600B2E4" w14:textId="77777777" w:rsidR="00D87EE3" w:rsidRDefault="00000000">
          <w:pPr>
            <w:spacing w:after="0"/>
          </w:pPr>
          <w:r>
            <w:rPr>
              <w:b/>
              <w:color w:val="1F4E79"/>
            </w:rPr>
            <w:t xml:space="preserve">DIREZIONE PIANIFICAZIONE URBANISTICA </w:t>
          </w:r>
          <w:proofErr w:type="gramStart"/>
          <w:r>
            <w:rPr>
              <w:b/>
              <w:color w:val="1F4E79"/>
            </w:rPr>
            <w:t>ED</w:t>
          </w:r>
          <w:proofErr w:type="gramEnd"/>
          <w:r>
            <w:rPr>
              <w:b/>
              <w:color w:val="1F4E79"/>
            </w:rPr>
            <w:t xml:space="preserve"> EDILITÀ – SUE</w:t>
          </w:r>
        </w:p>
        <w:p w14:paraId="03DB98B8" w14:textId="77777777" w:rsidR="00D87EE3" w:rsidRDefault="00000000">
          <w:pPr>
            <w:spacing w:after="0"/>
          </w:pPr>
          <w:r>
            <w:rPr>
              <w:color w:val="505050"/>
              <w:sz w:val="17"/>
            </w:rPr>
            <w:t>U.O. 4 – Pianificazione e PUG – Ufficio di Piano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83132BB"/>
    <w:multiLevelType w:val="hybridMultilevel"/>
    <w:tmpl w:val="074A0D9E"/>
    <w:lvl w:ilvl="0" w:tplc="AD84556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020BBA"/>
    <w:multiLevelType w:val="hybridMultilevel"/>
    <w:tmpl w:val="BBC272D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A667E8"/>
    <w:multiLevelType w:val="hybridMultilevel"/>
    <w:tmpl w:val="74123E2A"/>
    <w:lvl w:ilvl="0" w:tplc="3A74E4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2980709">
    <w:abstractNumId w:val="8"/>
  </w:num>
  <w:num w:numId="2" w16cid:durableId="1701012161">
    <w:abstractNumId w:val="6"/>
  </w:num>
  <w:num w:numId="3" w16cid:durableId="1194270553">
    <w:abstractNumId w:val="5"/>
  </w:num>
  <w:num w:numId="4" w16cid:durableId="1669484847">
    <w:abstractNumId w:val="4"/>
  </w:num>
  <w:num w:numId="5" w16cid:durableId="1295677572">
    <w:abstractNumId w:val="7"/>
  </w:num>
  <w:num w:numId="6" w16cid:durableId="649094764">
    <w:abstractNumId w:val="3"/>
  </w:num>
  <w:num w:numId="7" w16cid:durableId="1667787499">
    <w:abstractNumId w:val="2"/>
  </w:num>
  <w:num w:numId="8" w16cid:durableId="595090611">
    <w:abstractNumId w:val="1"/>
  </w:num>
  <w:num w:numId="9" w16cid:durableId="1856529930">
    <w:abstractNumId w:val="0"/>
  </w:num>
  <w:num w:numId="10" w16cid:durableId="148906730">
    <w:abstractNumId w:val="9"/>
  </w:num>
  <w:num w:numId="11" w16cid:durableId="1967353146">
    <w:abstractNumId w:val="11"/>
  </w:num>
  <w:num w:numId="12" w16cid:durableId="4138229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54FE"/>
    <w:rsid w:val="0006063C"/>
    <w:rsid w:val="000F435B"/>
    <w:rsid w:val="000F6A9E"/>
    <w:rsid w:val="0015074B"/>
    <w:rsid w:val="0029639D"/>
    <w:rsid w:val="0032169B"/>
    <w:rsid w:val="00326F90"/>
    <w:rsid w:val="00395937"/>
    <w:rsid w:val="004B608B"/>
    <w:rsid w:val="00714734"/>
    <w:rsid w:val="0077750D"/>
    <w:rsid w:val="00777F34"/>
    <w:rsid w:val="007E4700"/>
    <w:rsid w:val="00994F53"/>
    <w:rsid w:val="00AA1D8D"/>
    <w:rsid w:val="00B329AF"/>
    <w:rsid w:val="00B47730"/>
    <w:rsid w:val="00C968CD"/>
    <w:rsid w:val="00CB0664"/>
    <w:rsid w:val="00D87EE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622155"/>
  <w14:defaultImageDpi w14:val="300"/>
  <w15:docId w15:val="{8E074A46-CC93-4F1B-B2F2-1B4BF88F1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60"/>
    </w:pPr>
    <w:rPr>
      <w:rFonts w:ascii="Arial" w:eastAsia="Arial" w:hAnsi="Arial"/>
      <w:sz w:val="19"/>
      <w:lang w:val="it-IT"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ormTitle">
    <w:name w:val="Form Title"/>
    <w:pPr>
      <w:spacing w:after="100"/>
      <w:jc w:val="center"/>
    </w:pPr>
    <w:rPr>
      <w:rFonts w:ascii="Arial" w:hAnsi="Arial"/>
      <w:b/>
      <w:color w:val="1F4E79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8</Pages>
  <Words>2541</Words>
  <Characters>14489</Characters>
  <Application>Microsoft Office Word</Application>
  <DocSecurity>0</DocSecurity>
  <Lines>120</Lines>
  <Paragraphs>33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Allegato A – Domanda di manifestazione di interesse per aree private da destinare a parcheggio</vt:lpstr>
      <vt:lpstr/>
    </vt:vector>
  </TitlesOfParts>
  <Manager/>
  <Company/>
  <LinksUpToDate>false</LinksUpToDate>
  <CharactersWithSpaces>16997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 – Domanda di manifestazione di interesse per aree private da destinare a parcheggio</dc:title>
  <dc:subject>Comune di Taranto – Parcheggi temporanei e XX Giochi del Mediterraneo Taranto 2026</dc:subject>
  <dc:creator>Comune di Taranto</dc:creator>
  <cp:keywords>manifestazione di interesse, aree private, parcheggi temporanei, art. 23-quater, Taranto 2026</cp:keywords>
  <dc:description>generated by python-docx</dc:description>
  <cp:lastModifiedBy>Antonino Delvecchio</cp:lastModifiedBy>
  <cp:revision>5</cp:revision>
  <dcterms:created xsi:type="dcterms:W3CDTF">2013-12-23T23:15:00Z</dcterms:created>
  <dcterms:modified xsi:type="dcterms:W3CDTF">2026-07-14T19:15:00Z</dcterms:modified>
  <cp:category/>
</cp:coreProperties>
</file>